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20A2C" w14:textId="7D4DC6C3" w:rsidR="00060FCB" w:rsidRPr="00974326" w:rsidRDefault="00060FCB" w:rsidP="00974326">
      <w:pPr>
        <w:pStyle w:val="NormalWeb"/>
        <w:spacing w:before="0" w:beforeAutospacing="0" w:after="0" w:afterAutospacing="0"/>
        <w:jc w:val="center"/>
        <w:rPr>
          <w:sz w:val="18"/>
          <w:szCs w:val="18"/>
        </w:rPr>
      </w:pPr>
      <w:r w:rsidRPr="00974326">
        <w:rPr>
          <w:rFonts w:ascii="Arial" w:hAnsi="Arial" w:cs="Arial"/>
          <w:b/>
          <w:bCs/>
          <w:color w:val="52203F"/>
          <w:sz w:val="48"/>
          <w:szCs w:val="48"/>
        </w:rPr>
        <w:t>FROM PROMPT TO PROFIT</w:t>
      </w:r>
    </w:p>
    <w:p w14:paraId="341D0BBB" w14:textId="17C48CE7" w:rsidR="00060FCB" w:rsidRPr="00974326" w:rsidRDefault="00974326" w:rsidP="00060FCB">
      <w:pPr>
        <w:pStyle w:val="NormalWeb"/>
        <w:spacing w:before="0" w:beforeAutospacing="0" w:after="200" w:afterAutospacing="0"/>
        <w:jc w:val="center"/>
        <w:rPr>
          <w:rFonts w:ascii="Arial" w:hAnsi="Arial" w:cs="Arial"/>
          <w:b/>
          <w:bCs/>
          <w:color w:val="86A509"/>
          <w:sz w:val="40"/>
          <w:szCs w:val="40"/>
        </w:rPr>
      </w:pPr>
      <w:r w:rsidRPr="00974326">
        <w:rPr>
          <w:rFonts w:ascii="Arial" w:hAnsi="Arial" w:cs="Arial"/>
          <w:noProof/>
          <w:color w:val="575757"/>
          <w:sz w:val="20"/>
          <w:szCs w:val="20"/>
          <w:bdr w:val="single" w:sz="18" w:space="0" w:color="86A509" w:frame="1"/>
        </w:rPr>
        <w:drawing>
          <wp:anchor distT="0" distB="0" distL="114300" distR="114300" simplePos="0" relativeHeight="251664384" behindDoc="0" locked="0" layoutInCell="1" allowOverlap="1" wp14:anchorId="6F65A258" wp14:editId="05F5A07E">
            <wp:simplePos x="0" y="0"/>
            <wp:positionH relativeFrom="margin">
              <wp:posOffset>21590</wp:posOffset>
            </wp:positionH>
            <wp:positionV relativeFrom="margin">
              <wp:posOffset>1420203</wp:posOffset>
            </wp:positionV>
            <wp:extent cx="6217920" cy="3495675"/>
            <wp:effectExtent l="19050" t="19050" r="11430" b="28575"/>
            <wp:wrapSquare wrapText="bothSides"/>
            <wp:docPr id="1510915546" name="Picture 1" descr="a woman hanging a vase on a she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woman hanging a vase on a shel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34956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060FCB" w:rsidRPr="00974326">
        <w:rPr>
          <w:rFonts w:ascii="Arial" w:hAnsi="Arial" w:cs="Arial"/>
          <w:b/>
          <w:bCs/>
          <w:color w:val="86A509"/>
          <w:sz w:val="40"/>
          <w:szCs w:val="40"/>
        </w:rPr>
        <w:t>USING AI TO BOOST YOUR BUSINESS</w:t>
      </w:r>
    </w:p>
    <w:p w14:paraId="1C04385A" w14:textId="59AE88D7" w:rsidR="00060FCB" w:rsidRDefault="00974326" w:rsidP="00974326">
      <w:pPr>
        <w:pStyle w:val="NormalWeb"/>
        <w:spacing w:before="0" w:beforeAutospacing="0" w:after="200" w:afterAutospacing="0"/>
        <w:jc w:val="center"/>
      </w:pPr>
      <w:r w:rsidRPr="00974326">
        <w:rPr>
          <w:rFonts w:ascii="Arial" w:hAnsi="Arial" w:cs="Arial"/>
          <w:color w:val="52203F" w:themeColor="accent6"/>
        </w:rPr>
        <w:t>By Eugenia Lunden, SHRM-SCP</w:t>
      </w:r>
    </w:p>
    <w:p w14:paraId="68F2A0D2" w14:textId="2652AB90" w:rsidR="00060FCB" w:rsidRDefault="00060FCB" w:rsidP="00060FCB">
      <w:pPr>
        <w:pStyle w:val="NormalWeb"/>
        <w:spacing w:before="0" w:beforeAutospacing="0" w:after="0" w:afterAutospacing="0"/>
        <w:ind w:left="1260" w:right="1290"/>
        <w:jc w:val="center"/>
      </w:pPr>
    </w:p>
    <w:p w14:paraId="3F10871C" w14:textId="50FF0C72" w:rsidR="00060FCB" w:rsidRDefault="00060FCB" w:rsidP="00060FCB">
      <w:pPr>
        <w:spacing w:after="240"/>
      </w:pPr>
      <w:r>
        <w:br/>
      </w:r>
    </w:p>
    <w:p w14:paraId="781C0972" w14:textId="1A235D34" w:rsidR="00060FCB" w:rsidRDefault="00060FCB" w:rsidP="00060FCB">
      <w:pPr>
        <w:pStyle w:val="Heading3"/>
        <w:ind w:right="1290" w:firstLine="1260"/>
        <w:jc w:val="center"/>
      </w:pPr>
      <w:r>
        <w:rPr>
          <w:rFonts w:ascii="Arial" w:hAnsi="Arial" w:cs="Arial"/>
          <w:color w:val="86A509"/>
          <w:sz w:val="32"/>
          <w:szCs w:val="32"/>
        </w:rPr>
        <w:t>Prompt Example #1</w:t>
      </w:r>
    </w:p>
    <w:p w14:paraId="66A3572B" w14:textId="77777777" w:rsidR="00060FCB" w:rsidRPr="00F66A0B" w:rsidRDefault="00060FCB" w:rsidP="00060FCB">
      <w:pPr>
        <w:pStyle w:val="NormalWeb"/>
        <w:spacing w:before="0" w:beforeAutospacing="0" w:after="0" w:afterAutospacing="0"/>
        <w:rPr>
          <w:color w:val="52203F" w:themeColor="accent6"/>
        </w:rPr>
      </w:pPr>
      <w:r w:rsidRPr="00F66A0B">
        <w:rPr>
          <w:rFonts w:ascii="Arial" w:hAnsi="Arial" w:cs="Arial"/>
          <w:color w:val="52203F" w:themeColor="accent6"/>
        </w:rPr>
        <w:t>Act as a market research assistant. I need detailed information about the top 50 ice cream shops located in downtown San Francisco. I own an ice cream business and want to better understand my competition. Organize the results into an Excel file with columns for: Shop Name, Address, Website URL, price level, opening hours, and Yelp URL. </w:t>
      </w:r>
    </w:p>
    <w:p w14:paraId="2353F719" w14:textId="77777777" w:rsidR="00060FCB" w:rsidRDefault="00060FCB" w:rsidP="00060FCB"/>
    <w:p w14:paraId="673B31D4" w14:textId="77777777" w:rsidR="00060FCB" w:rsidRDefault="00060FCB" w:rsidP="00060FCB">
      <w:pPr>
        <w:pStyle w:val="Heading3"/>
        <w:ind w:right="1290" w:firstLine="1260"/>
        <w:jc w:val="center"/>
      </w:pPr>
      <w:r>
        <w:rPr>
          <w:rFonts w:ascii="Arial" w:hAnsi="Arial" w:cs="Arial"/>
          <w:color w:val="86A509"/>
          <w:sz w:val="32"/>
          <w:szCs w:val="32"/>
        </w:rPr>
        <w:t>Prompt Example #2</w:t>
      </w:r>
    </w:p>
    <w:p w14:paraId="64F3713F" w14:textId="77777777" w:rsidR="00060FCB" w:rsidRPr="00F66A0B" w:rsidRDefault="00060FCB" w:rsidP="00060FCB">
      <w:pPr>
        <w:pStyle w:val="NormalWeb"/>
        <w:spacing w:before="0" w:beforeAutospacing="0" w:after="0" w:afterAutospacing="0"/>
        <w:rPr>
          <w:color w:val="52203F" w:themeColor="accent6"/>
        </w:rPr>
      </w:pPr>
      <w:r w:rsidRPr="00F66A0B">
        <w:rPr>
          <w:rFonts w:ascii="Arial" w:hAnsi="Arial" w:cs="Arial"/>
          <w:color w:val="52203F" w:themeColor="accent6"/>
        </w:rPr>
        <w:t>Generate a realistic image of a modern ice cream shop named Below Zero. The image will be used to announce the grand opening. Show a happy customer holding a vibrant ice cream cone, with balloons in the background, a crowd enjoying treats, and a clear sunny day. The atmosphere should be fun, modern, and inviting.</w:t>
      </w:r>
    </w:p>
    <w:p w14:paraId="5E00A7E8" w14:textId="23A4E514" w:rsidR="00A037E2" w:rsidRDefault="00A037E2" w:rsidP="00060FCB"/>
    <w:p w14:paraId="5E072C8A" w14:textId="77777777" w:rsidR="00F66A0B" w:rsidRPr="00F66A0B" w:rsidRDefault="00F66A0B" w:rsidP="00F66A0B"/>
    <w:p w14:paraId="6428B1E2" w14:textId="083D2A42" w:rsidR="00F66A0B" w:rsidRPr="00F66A0B" w:rsidRDefault="00F66A0B" w:rsidP="00F66A0B">
      <w:pPr>
        <w:tabs>
          <w:tab w:val="left" w:pos="8654"/>
        </w:tabs>
      </w:pPr>
      <w:r>
        <w:tab/>
      </w:r>
    </w:p>
    <w:sectPr w:rsidR="00F66A0B" w:rsidRPr="00F66A0B" w:rsidSect="00F53320">
      <w:footerReference w:type="default" r:id="rId9"/>
      <w:pgSz w:w="12240" w:h="15840"/>
      <w:pgMar w:top="1008" w:right="1152" w:bottom="1008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B1F8A" w14:textId="77777777" w:rsidR="00C74585" w:rsidRDefault="00C74585" w:rsidP="00F53320">
      <w:pPr>
        <w:spacing w:after="0" w:line="240" w:lineRule="auto"/>
      </w:pPr>
      <w:r>
        <w:separator/>
      </w:r>
    </w:p>
  </w:endnote>
  <w:endnote w:type="continuationSeparator" w:id="0">
    <w:p w14:paraId="28375576" w14:textId="77777777" w:rsidR="00C74585" w:rsidRDefault="00C74585" w:rsidP="00F53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lacial Indifference">
    <w:panose1 w:val="00000800000000000000"/>
    <w:charset w:val="00"/>
    <w:family w:val="modern"/>
    <w:notTrueType/>
    <w:pitch w:val="variable"/>
    <w:sig w:usb0="80000027" w:usb1="10000048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02"/>
      <w:gridCol w:w="392"/>
      <w:gridCol w:w="4698"/>
    </w:tblGrid>
    <w:tr w:rsidR="00F53320" w:rsidRPr="00344E43" w14:paraId="574D5286" w14:textId="77777777">
      <w:tc>
        <w:tcPr>
          <w:tcW w:w="2401" w:type="pct"/>
        </w:tcPr>
        <w:p w14:paraId="207A5070" w14:textId="66DDF517" w:rsidR="00F53320" w:rsidRPr="00344E43" w:rsidRDefault="00F66A0B">
          <w:pPr>
            <w:pStyle w:val="Footer"/>
            <w:tabs>
              <w:tab w:val="clear" w:pos="4680"/>
              <w:tab w:val="clear" w:pos="9360"/>
            </w:tabs>
            <w:rPr>
              <w:rFonts w:ascii="Glacial Indifference" w:hAnsi="Glacial Indifference"/>
              <w:caps/>
              <w:color w:val="86A509" w:themeColor="accent1"/>
              <w:sz w:val="18"/>
              <w:szCs w:val="18"/>
            </w:rPr>
          </w:pPr>
          <w:sdt>
            <w:sdtPr>
              <w:rPr>
                <w:rFonts w:ascii="Glacial Indifference" w:hAnsi="Glacial Indifference"/>
                <w:caps/>
                <w:color w:val="86A509" w:themeColor="accent1"/>
                <w:sz w:val="18"/>
                <w:szCs w:val="18"/>
              </w:rPr>
              <w:alias w:val="Title"/>
              <w:tag w:val=""/>
              <w:id w:val="886384654"/>
              <w:placeholder>
                <w:docPart w:val="7B8068DCBFD240A4A6D385FA5C118389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F53320" w:rsidRPr="00344E43">
                <w:rPr>
                  <w:rFonts w:ascii="Glacial Indifference" w:hAnsi="Glacial Indifference"/>
                  <w:caps/>
                  <w:color w:val="86A509" w:themeColor="accent1"/>
                  <w:sz w:val="18"/>
                  <w:szCs w:val="18"/>
                </w:rPr>
                <w:t>© 2025 Lunden InternationaL LLC</w:t>
              </w:r>
            </w:sdtContent>
          </w:sdt>
        </w:p>
      </w:tc>
      <w:tc>
        <w:tcPr>
          <w:tcW w:w="200" w:type="pct"/>
        </w:tcPr>
        <w:p w14:paraId="0F6C9130" w14:textId="77777777" w:rsidR="00F53320" w:rsidRPr="00F53320" w:rsidRDefault="00F53320">
          <w:pPr>
            <w:pStyle w:val="Footer"/>
            <w:tabs>
              <w:tab w:val="clear" w:pos="4680"/>
              <w:tab w:val="clear" w:pos="9360"/>
            </w:tabs>
            <w:rPr>
              <w:rFonts w:ascii="Glacial Indifference" w:hAnsi="Glacial Indifference"/>
              <w:caps/>
              <w:color w:val="86A509" w:themeColor="accent1"/>
              <w:sz w:val="20"/>
              <w:szCs w:val="20"/>
            </w:rPr>
          </w:pPr>
        </w:p>
      </w:tc>
      <w:tc>
        <w:tcPr>
          <w:tcW w:w="2402" w:type="pct"/>
        </w:tcPr>
        <w:sdt>
          <w:sdtPr>
            <w:rPr>
              <w:rFonts w:ascii="Glacial Indifference" w:hAnsi="Glacial Indifference"/>
              <w:caps/>
              <w:color w:val="86A509" w:themeColor="accent1"/>
              <w:sz w:val="18"/>
              <w:szCs w:val="18"/>
            </w:rPr>
            <w:alias w:val="Author"/>
            <w:tag w:val=""/>
            <w:id w:val="1205441952"/>
            <w:placeholder>
              <w:docPart w:val="6FA1DB9D998C4E7A9B7BC91B691002B2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530A9044" w14:textId="69AC2D5E" w:rsidR="00F53320" w:rsidRPr="00344E43" w:rsidRDefault="00F66A0B">
              <w:pPr>
                <w:pStyle w:val="Footer"/>
                <w:tabs>
                  <w:tab w:val="clear" w:pos="4680"/>
                  <w:tab w:val="clear" w:pos="9360"/>
                </w:tabs>
                <w:jc w:val="right"/>
                <w:rPr>
                  <w:rFonts w:ascii="Glacial Indifference" w:hAnsi="Glacial Indifference"/>
                  <w:caps/>
                  <w:color w:val="86A509" w:themeColor="accent1"/>
                  <w:sz w:val="18"/>
                  <w:szCs w:val="18"/>
                </w:rPr>
              </w:pPr>
              <w:r>
                <w:rPr>
                  <w:rFonts w:ascii="Glacial Indifference" w:hAnsi="Glacial Indifference"/>
                  <w:caps/>
                  <w:color w:val="86A509" w:themeColor="accent1"/>
                  <w:sz w:val="18"/>
                  <w:szCs w:val="18"/>
                </w:rPr>
                <w:t>June 2025</w:t>
              </w:r>
            </w:p>
          </w:sdtContent>
        </w:sdt>
      </w:tc>
    </w:tr>
  </w:tbl>
  <w:p w14:paraId="180EC811" w14:textId="77777777" w:rsidR="00F53320" w:rsidRDefault="00F533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05315" w14:textId="77777777" w:rsidR="00C74585" w:rsidRDefault="00C74585" w:rsidP="00F53320">
      <w:pPr>
        <w:spacing w:after="0" w:line="240" w:lineRule="auto"/>
      </w:pPr>
      <w:r>
        <w:separator/>
      </w:r>
    </w:p>
  </w:footnote>
  <w:footnote w:type="continuationSeparator" w:id="0">
    <w:p w14:paraId="10BB1797" w14:textId="77777777" w:rsidR="00C74585" w:rsidRDefault="00C74585" w:rsidP="00F53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9894E75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B45B6B"/>
    <w:multiLevelType w:val="hybridMultilevel"/>
    <w:tmpl w:val="E1DEC40E"/>
    <w:lvl w:ilvl="0" w:tplc="1B9A3C20">
      <w:start w:val="1"/>
      <w:numFmt w:val="bullet"/>
      <w:lvlText w:val=""/>
      <w:lvlJc w:val="left"/>
      <w:pPr>
        <w:ind w:left="360" w:hanging="360"/>
      </w:pPr>
      <w:rPr>
        <w:rFonts w:ascii="Wingdings 2" w:hAnsi="Wingdings 2" w:hint="default"/>
        <w:color w:val="AE99D2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EC13A9"/>
    <w:multiLevelType w:val="hybridMultilevel"/>
    <w:tmpl w:val="80280B2A"/>
    <w:lvl w:ilvl="0" w:tplc="1B9A3C20">
      <w:start w:val="1"/>
      <w:numFmt w:val="bullet"/>
      <w:lvlText w:val=""/>
      <w:lvlJc w:val="left"/>
      <w:pPr>
        <w:ind w:left="360" w:hanging="360"/>
      </w:pPr>
      <w:rPr>
        <w:rFonts w:ascii="Wingdings 2" w:hAnsi="Wingdings 2" w:hint="default"/>
        <w:color w:val="AE99D2" w:themeColor="accent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2B7242B"/>
    <w:multiLevelType w:val="hybridMultilevel"/>
    <w:tmpl w:val="5FE8D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155791">
    <w:abstractNumId w:val="8"/>
  </w:num>
  <w:num w:numId="2" w16cid:durableId="2009939350">
    <w:abstractNumId w:val="6"/>
  </w:num>
  <w:num w:numId="3" w16cid:durableId="881945676">
    <w:abstractNumId w:val="5"/>
  </w:num>
  <w:num w:numId="4" w16cid:durableId="1776243206">
    <w:abstractNumId w:val="4"/>
  </w:num>
  <w:num w:numId="5" w16cid:durableId="844780363">
    <w:abstractNumId w:val="7"/>
  </w:num>
  <w:num w:numId="6" w16cid:durableId="1216308357">
    <w:abstractNumId w:val="3"/>
  </w:num>
  <w:num w:numId="7" w16cid:durableId="486022196">
    <w:abstractNumId w:val="2"/>
  </w:num>
  <w:num w:numId="8" w16cid:durableId="867062357">
    <w:abstractNumId w:val="1"/>
  </w:num>
  <w:num w:numId="9" w16cid:durableId="123936446">
    <w:abstractNumId w:val="0"/>
  </w:num>
  <w:num w:numId="10" w16cid:durableId="72237895">
    <w:abstractNumId w:val="8"/>
  </w:num>
  <w:num w:numId="11" w16cid:durableId="1961036540">
    <w:abstractNumId w:val="8"/>
  </w:num>
  <w:num w:numId="12" w16cid:durableId="2021807085">
    <w:abstractNumId w:val="8"/>
  </w:num>
  <w:num w:numId="13" w16cid:durableId="1924072341">
    <w:abstractNumId w:val="8"/>
  </w:num>
  <w:num w:numId="14" w16cid:durableId="1051464493">
    <w:abstractNumId w:val="8"/>
  </w:num>
  <w:num w:numId="15" w16cid:durableId="1326007215">
    <w:abstractNumId w:val="8"/>
  </w:num>
  <w:num w:numId="16" w16cid:durableId="806817351">
    <w:abstractNumId w:val="11"/>
  </w:num>
  <w:num w:numId="17" w16cid:durableId="122041042">
    <w:abstractNumId w:val="10"/>
  </w:num>
  <w:num w:numId="18" w16cid:durableId="1160778844">
    <w:abstractNumId w:val="8"/>
  </w:num>
  <w:num w:numId="19" w16cid:durableId="67263746">
    <w:abstractNumId w:val="8"/>
  </w:num>
  <w:num w:numId="20" w16cid:durableId="1614938163">
    <w:abstractNumId w:val="8"/>
  </w:num>
  <w:num w:numId="21" w16cid:durableId="1920627317">
    <w:abstractNumId w:val="8"/>
  </w:num>
  <w:num w:numId="22" w16cid:durableId="1595170292">
    <w:abstractNumId w:val="8"/>
  </w:num>
  <w:num w:numId="23" w16cid:durableId="113984261">
    <w:abstractNumId w:val="8"/>
  </w:num>
  <w:num w:numId="24" w16cid:durableId="1939362861">
    <w:abstractNumId w:val="9"/>
  </w:num>
  <w:num w:numId="25" w16cid:durableId="750128385">
    <w:abstractNumId w:val="8"/>
  </w:num>
  <w:num w:numId="26" w16cid:durableId="1705517645">
    <w:abstractNumId w:val="8"/>
  </w:num>
  <w:num w:numId="27" w16cid:durableId="488055710">
    <w:abstractNumId w:val="8"/>
  </w:num>
  <w:num w:numId="28" w16cid:durableId="1394545356">
    <w:abstractNumId w:val="8"/>
  </w:num>
  <w:num w:numId="29" w16cid:durableId="1716078856">
    <w:abstractNumId w:val="8"/>
  </w:num>
  <w:num w:numId="30" w16cid:durableId="939988211">
    <w:abstractNumId w:val="8"/>
  </w:num>
  <w:num w:numId="31" w16cid:durableId="19626914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0FCB"/>
    <w:rsid w:val="000813DA"/>
    <w:rsid w:val="0015074B"/>
    <w:rsid w:val="0029639D"/>
    <w:rsid w:val="00326F90"/>
    <w:rsid w:val="00344E43"/>
    <w:rsid w:val="0036500B"/>
    <w:rsid w:val="00382EFF"/>
    <w:rsid w:val="006B0BD0"/>
    <w:rsid w:val="006C2EFC"/>
    <w:rsid w:val="007B2662"/>
    <w:rsid w:val="00974326"/>
    <w:rsid w:val="009C3F13"/>
    <w:rsid w:val="00A037E2"/>
    <w:rsid w:val="00AA1D8D"/>
    <w:rsid w:val="00AC3AC2"/>
    <w:rsid w:val="00B47730"/>
    <w:rsid w:val="00BB2BC3"/>
    <w:rsid w:val="00BB62AD"/>
    <w:rsid w:val="00C251B5"/>
    <w:rsid w:val="00C74585"/>
    <w:rsid w:val="00C97285"/>
    <w:rsid w:val="00CB0664"/>
    <w:rsid w:val="00CB5607"/>
    <w:rsid w:val="00ED0027"/>
    <w:rsid w:val="00F13C4F"/>
    <w:rsid w:val="00F41C10"/>
    <w:rsid w:val="00F53320"/>
    <w:rsid w:val="00F66A0B"/>
    <w:rsid w:val="00FC693F"/>
    <w:rsid w:val="00FE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16FFF9"/>
  <w14:defaultImageDpi w14:val="300"/>
  <w15:docId w15:val="{14C0CB42-B25F-4CE0-BDF1-2B311224A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37B0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6A509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86A509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86A509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25104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2510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86A509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637B0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86A509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86A509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86A50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D182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3D182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86A509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86A509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86A509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425104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42510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86A509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86A509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86A509" w:themeColor="accent1"/>
      </w:pBdr>
      <w:spacing w:before="200" w:after="280"/>
      <w:ind w:left="936" w:right="936"/>
    </w:pPr>
    <w:rPr>
      <w:b/>
      <w:bCs/>
      <w:i/>
      <w:iCs/>
      <w:color w:val="86A50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86A509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86A509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AE99D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AE99D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637B06" w:themeColor="accent1" w:themeShade="BF"/>
    </w:rPr>
    <w:tblPr>
      <w:tblStyleRowBandSize w:val="1"/>
      <w:tblStyleColBandSize w:val="1"/>
      <w:tblBorders>
        <w:top w:val="single" w:sz="8" w:space="0" w:color="86A509" w:themeColor="accent1"/>
        <w:bottom w:val="single" w:sz="8" w:space="0" w:color="86A50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509" w:themeColor="accent1"/>
          <w:left w:val="nil"/>
          <w:bottom w:val="single" w:sz="8" w:space="0" w:color="86A50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509" w:themeColor="accent1"/>
          <w:left w:val="nil"/>
          <w:bottom w:val="single" w:sz="8" w:space="0" w:color="86A50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AA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AAF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7B59B6" w:themeColor="accent2" w:themeShade="BF"/>
    </w:rPr>
    <w:tblPr>
      <w:tblStyleRowBandSize w:val="1"/>
      <w:tblStyleColBandSize w:val="1"/>
      <w:tblBorders>
        <w:top w:val="single" w:sz="8" w:space="0" w:color="AE99D2" w:themeColor="accent2"/>
        <w:bottom w:val="single" w:sz="8" w:space="0" w:color="AE99D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E99D2" w:themeColor="accent2"/>
          <w:left w:val="nil"/>
          <w:bottom w:val="single" w:sz="8" w:space="0" w:color="AE99D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E99D2" w:themeColor="accent2"/>
          <w:left w:val="nil"/>
          <w:bottom w:val="single" w:sz="8" w:space="0" w:color="AE99D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5F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E5F4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3F3654" w:themeColor="accent3" w:themeShade="BF"/>
    </w:rPr>
    <w:tblPr>
      <w:tblStyleRowBandSize w:val="1"/>
      <w:tblStyleColBandSize w:val="1"/>
      <w:tblBorders>
        <w:top w:val="single" w:sz="8" w:space="0" w:color="554971" w:themeColor="accent3"/>
        <w:bottom w:val="single" w:sz="8" w:space="0" w:color="5549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54971" w:themeColor="accent3"/>
          <w:left w:val="nil"/>
          <w:bottom w:val="single" w:sz="8" w:space="0" w:color="5549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54971" w:themeColor="accent3"/>
          <w:left w:val="nil"/>
          <w:bottom w:val="single" w:sz="8" w:space="0" w:color="5549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CED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CEDF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FFFA38" w:themeColor="accent5" w:themeShade="BF"/>
    </w:rPr>
    <w:tblPr>
      <w:tblStyleRowBandSize w:val="1"/>
      <w:tblStyleColBandSize w:val="1"/>
      <w:tblBorders>
        <w:top w:val="single" w:sz="8" w:space="0" w:color="FFFDA1" w:themeColor="accent5"/>
        <w:bottom w:val="single" w:sz="8" w:space="0" w:color="FFFDA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DA1" w:themeColor="accent5"/>
          <w:left w:val="nil"/>
          <w:bottom w:val="single" w:sz="8" w:space="0" w:color="FFFDA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DA1" w:themeColor="accent5"/>
          <w:left w:val="nil"/>
          <w:bottom w:val="single" w:sz="8" w:space="0" w:color="FFFDA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EE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EE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D182F" w:themeColor="accent6" w:themeShade="BF"/>
    </w:rPr>
    <w:tblPr>
      <w:tblStyleRowBandSize w:val="1"/>
      <w:tblStyleColBandSize w:val="1"/>
      <w:tblBorders>
        <w:top w:val="single" w:sz="8" w:space="0" w:color="52203F" w:themeColor="accent6"/>
        <w:bottom w:val="single" w:sz="8" w:space="0" w:color="52203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2203F" w:themeColor="accent6"/>
          <w:left w:val="nil"/>
          <w:bottom w:val="single" w:sz="8" w:space="0" w:color="52203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2203F" w:themeColor="accent6"/>
          <w:left w:val="nil"/>
          <w:bottom w:val="single" w:sz="8" w:space="0" w:color="52203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B8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B8D3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86A509" w:themeColor="accent1"/>
        <w:left w:val="single" w:sz="8" w:space="0" w:color="86A509" w:themeColor="accent1"/>
        <w:bottom w:val="single" w:sz="8" w:space="0" w:color="86A509" w:themeColor="accent1"/>
        <w:right w:val="single" w:sz="8" w:space="0" w:color="86A50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A50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509" w:themeColor="accent1"/>
          <w:left w:val="single" w:sz="8" w:space="0" w:color="86A509" w:themeColor="accent1"/>
          <w:bottom w:val="single" w:sz="8" w:space="0" w:color="86A509" w:themeColor="accent1"/>
          <w:right w:val="single" w:sz="8" w:space="0" w:color="86A5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A509" w:themeColor="accent1"/>
          <w:left w:val="single" w:sz="8" w:space="0" w:color="86A509" w:themeColor="accent1"/>
          <w:bottom w:val="single" w:sz="8" w:space="0" w:color="86A509" w:themeColor="accent1"/>
          <w:right w:val="single" w:sz="8" w:space="0" w:color="86A509" w:themeColor="accent1"/>
        </w:tcBorders>
      </w:tcPr>
    </w:tblStylePr>
    <w:tblStylePr w:type="band1Horz">
      <w:tblPr/>
      <w:tcPr>
        <w:tcBorders>
          <w:top w:val="single" w:sz="8" w:space="0" w:color="86A509" w:themeColor="accent1"/>
          <w:left w:val="single" w:sz="8" w:space="0" w:color="86A509" w:themeColor="accent1"/>
          <w:bottom w:val="single" w:sz="8" w:space="0" w:color="86A509" w:themeColor="accent1"/>
          <w:right w:val="single" w:sz="8" w:space="0" w:color="86A509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E99D2" w:themeColor="accent2"/>
        <w:left w:val="single" w:sz="8" w:space="0" w:color="AE99D2" w:themeColor="accent2"/>
        <w:bottom w:val="single" w:sz="8" w:space="0" w:color="AE99D2" w:themeColor="accent2"/>
        <w:right w:val="single" w:sz="8" w:space="0" w:color="AE99D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E99D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99D2" w:themeColor="accent2"/>
          <w:left w:val="single" w:sz="8" w:space="0" w:color="AE99D2" w:themeColor="accent2"/>
          <w:bottom w:val="single" w:sz="8" w:space="0" w:color="AE99D2" w:themeColor="accent2"/>
          <w:right w:val="single" w:sz="8" w:space="0" w:color="AE99D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E99D2" w:themeColor="accent2"/>
          <w:left w:val="single" w:sz="8" w:space="0" w:color="AE99D2" w:themeColor="accent2"/>
          <w:bottom w:val="single" w:sz="8" w:space="0" w:color="AE99D2" w:themeColor="accent2"/>
          <w:right w:val="single" w:sz="8" w:space="0" w:color="AE99D2" w:themeColor="accent2"/>
        </w:tcBorders>
      </w:tcPr>
    </w:tblStylePr>
    <w:tblStylePr w:type="band1Horz">
      <w:tblPr/>
      <w:tcPr>
        <w:tcBorders>
          <w:top w:val="single" w:sz="8" w:space="0" w:color="AE99D2" w:themeColor="accent2"/>
          <w:left w:val="single" w:sz="8" w:space="0" w:color="AE99D2" w:themeColor="accent2"/>
          <w:bottom w:val="single" w:sz="8" w:space="0" w:color="AE99D2" w:themeColor="accent2"/>
          <w:right w:val="single" w:sz="8" w:space="0" w:color="AE99D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54971" w:themeColor="accent3"/>
        <w:left w:val="single" w:sz="8" w:space="0" w:color="554971" w:themeColor="accent3"/>
        <w:bottom w:val="single" w:sz="8" w:space="0" w:color="554971" w:themeColor="accent3"/>
        <w:right w:val="single" w:sz="8" w:space="0" w:color="5549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549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54971" w:themeColor="accent3"/>
          <w:left w:val="single" w:sz="8" w:space="0" w:color="554971" w:themeColor="accent3"/>
          <w:bottom w:val="single" w:sz="8" w:space="0" w:color="554971" w:themeColor="accent3"/>
          <w:right w:val="single" w:sz="8" w:space="0" w:color="5549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54971" w:themeColor="accent3"/>
          <w:left w:val="single" w:sz="8" w:space="0" w:color="554971" w:themeColor="accent3"/>
          <w:bottom w:val="single" w:sz="8" w:space="0" w:color="554971" w:themeColor="accent3"/>
          <w:right w:val="single" w:sz="8" w:space="0" w:color="554971" w:themeColor="accent3"/>
        </w:tcBorders>
      </w:tcPr>
    </w:tblStylePr>
    <w:tblStylePr w:type="band1Horz">
      <w:tblPr/>
      <w:tcPr>
        <w:tcBorders>
          <w:top w:val="single" w:sz="8" w:space="0" w:color="554971" w:themeColor="accent3"/>
          <w:left w:val="single" w:sz="8" w:space="0" w:color="554971" w:themeColor="accent3"/>
          <w:bottom w:val="single" w:sz="8" w:space="0" w:color="554971" w:themeColor="accent3"/>
          <w:right w:val="single" w:sz="8" w:space="0" w:color="554971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DA1" w:themeColor="accent5"/>
        <w:left w:val="single" w:sz="8" w:space="0" w:color="FFFDA1" w:themeColor="accent5"/>
        <w:bottom w:val="single" w:sz="8" w:space="0" w:color="FFFDA1" w:themeColor="accent5"/>
        <w:right w:val="single" w:sz="8" w:space="0" w:color="FFFDA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DA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DA1" w:themeColor="accent5"/>
          <w:left w:val="single" w:sz="8" w:space="0" w:color="FFFDA1" w:themeColor="accent5"/>
          <w:bottom w:val="single" w:sz="8" w:space="0" w:color="FFFDA1" w:themeColor="accent5"/>
          <w:right w:val="single" w:sz="8" w:space="0" w:color="FFFDA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DA1" w:themeColor="accent5"/>
          <w:left w:val="single" w:sz="8" w:space="0" w:color="FFFDA1" w:themeColor="accent5"/>
          <w:bottom w:val="single" w:sz="8" w:space="0" w:color="FFFDA1" w:themeColor="accent5"/>
          <w:right w:val="single" w:sz="8" w:space="0" w:color="FFFDA1" w:themeColor="accent5"/>
        </w:tcBorders>
      </w:tcPr>
    </w:tblStylePr>
    <w:tblStylePr w:type="band1Horz">
      <w:tblPr/>
      <w:tcPr>
        <w:tcBorders>
          <w:top w:val="single" w:sz="8" w:space="0" w:color="FFFDA1" w:themeColor="accent5"/>
          <w:left w:val="single" w:sz="8" w:space="0" w:color="FFFDA1" w:themeColor="accent5"/>
          <w:bottom w:val="single" w:sz="8" w:space="0" w:color="FFFDA1" w:themeColor="accent5"/>
          <w:right w:val="single" w:sz="8" w:space="0" w:color="FFFDA1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2203F" w:themeColor="accent6"/>
        <w:left w:val="single" w:sz="8" w:space="0" w:color="52203F" w:themeColor="accent6"/>
        <w:bottom w:val="single" w:sz="8" w:space="0" w:color="52203F" w:themeColor="accent6"/>
        <w:right w:val="single" w:sz="8" w:space="0" w:color="52203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203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203F" w:themeColor="accent6"/>
          <w:left w:val="single" w:sz="8" w:space="0" w:color="52203F" w:themeColor="accent6"/>
          <w:bottom w:val="single" w:sz="8" w:space="0" w:color="52203F" w:themeColor="accent6"/>
          <w:right w:val="single" w:sz="8" w:space="0" w:color="5220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203F" w:themeColor="accent6"/>
          <w:left w:val="single" w:sz="8" w:space="0" w:color="52203F" w:themeColor="accent6"/>
          <w:bottom w:val="single" w:sz="8" w:space="0" w:color="52203F" w:themeColor="accent6"/>
          <w:right w:val="single" w:sz="8" w:space="0" w:color="52203F" w:themeColor="accent6"/>
        </w:tcBorders>
      </w:tcPr>
    </w:tblStylePr>
    <w:tblStylePr w:type="band1Horz">
      <w:tblPr/>
      <w:tcPr>
        <w:tcBorders>
          <w:top w:val="single" w:sz="8" w:space="0" w:color="52203F" w:themeColor="accent6"/>
          <w:left w:val="single" w:sz="8" w:space="0" w:color="52203F" w:themeColor="accent6"/>
          <w:bottom w:val="single" w:sz="8" w:space="0" w:color="52203F" w:themeColor="accent6"/>
          <w:right w:val="single" w:sz="8" w:space="0" w:color="52203F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6A509" w:themeColor="accent1"/>
        <w:left w:val="single" w:sz="8" w:space="0" w:color="86A509" w:themeColor="accent1"/>
        <w:bottom w:val="single" w:sz="8" w:space="0" w:color="86A509" w:themeColor="accent1"/>
        <w:right w:val="single" w:sz="8" w:space="0" w:color="86A509" w:themeColor="accent1"/>
        <w:insideH w:val="single" w:sz="8" w:space="0" w:color="86A509" w:themeColor="accent1"/>
        <w:insideV w:val="single" w:sz="8" w:space="0" w:color="86A50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509" w:themeColor="accent1"/>
          <w:left w:val="single" w:sz="8" w:space="0" w:color="86A509" w:themeColor="accent1"/>
          <w:bottom w:val="single" w:sz="18" w:space="0" w:color="86A509" w:themeColor="accent1"/>
          <w:right w:val="single" w:sz="8" w:space="0" w:color="86A509" w:themeColor="accent1"/>
          <w:insideH w:val="nil"/>
          <w:insideV w:val="single" w:sz="8" w:space="0" w:color="86A50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A509" w:themeColor="accent1"/>
          <w:left w:val="single" w:sz="8" w:space="0" w:color="86A509" w:themeColor="accent1"/>
          <w:bottom w:val="single" w:sz="8" w:space="0" w:color="86A509" w:themeColor="accent1"/>
          <w:right w:val="single" w:sz="8" w:space="0" w:color="86A509" w:themeColor="accent1"/>
          <w:insideH w:val="nil"/>
          <w:insideV w:val="single" w:sz="8" w:space="0" w:color="86A50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509" w:themeColor="accent1"/>
          <w:left w:val="single" w:sz="8" w:space="0" w:color="86A509" w:themeColor="accent1"/>
          <w:bottom w:val="single" w:sz="8" w:space="0" w:color="86A509" w:themeColor="accent1"/>
          <w:right w:val="single" w:sz="8" w:space="0" w:color="86A509" w:themeColor="accent1"/>
        </w:tcBorders>
      </w:tcPr>
    </w:tblStylePr>
    <w:tblStylePr w:type="band1Vert">
      <w:tblPr/>
      <w:tcPr>
        <w:tcBorders>
          <w:top w:val="single" w:sz="8" w:space="0" w:color="86A509" w:themeColor="accent1"/>
          <w:left w:val="single" w:sz="8" w:space="0" w:color="86A509" w:themeColor="accent1"/>
          <w:bottom w:val="single" w:sz="8" w:space="0" w:color="86A509" w:themeColor="accent1"/>
          <w:right w:val="single" w:sz="8" w:space="0" w:color="86A509" w:themeColor="accent1"/>
        </w:tcBorders>
        <w:shd w:val="clear" w:color="auto" w:fill="EBFAAF" w:themeFill="accent1" w:themeFillTint="3F"/>
      </w:tcPr>
    </w:tblStylePr>
    <w:tblStylePr w:type="band1Horz">
      <w:tblPr/>
      <w:tcPr>
        <w:tcBorders>
          <w:top w:val="single" w:sz="8" w:space="0" w:color="86A509" w:themeColor="accent1"/>
          <w:left w:val="single" w:sz="8" w:space="0" w:color="86A509" w:themeColor="accent1"/>
          <w:bottom w:val="single" w:sz="8" w:space="0" w:color="86A509" w:themeColor="accent1"/>
          <w:right w:val="single" w:sz="8" w:space="0" w:color="86A509" w:themeColor="accent1"/>
          <w:insideV w:val="single" w:sz="8" w:space="0" w:color="86A509" w:themeColor="accent1"/>
        </w:tcBorders>
        <w:shd w:val="clear" w:color="auto" w:fill="EBFAAF" w:themeFill="accent1" w:themeFillTint="3F"/>
      </w:tcPr>
    </w:tblStylePr>
    <w:tblStylePr w:type="band2Horz">
      <w:tblPr/>
      <w:tcPr>
        <w:tcBorders>
          <w:top w:val="single" w:sz="8" w:space="0" w:color="86A509" w:themeColor="accent1"/>
          <w:left w:val="single" w:sz="8" w:space="0" w:color="86A509" w:themeColor="accent1"/>
          <w:bottom w:val="single" w:sz="8" w:space="0" w:color="86A509" w:themeColor="accent1"/>
          <w:right w:val="single" w:sz="8" w:space="0" w:color="86A509" w:themeColor="accent1"/>
          <w:insideV w:val="single" w:sz="8" w:space="0" w:color="86A509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E99D2" w:themeColor="accent2"/>
        <w:left w:val="single" w:sz="8" w:space="0" w:color="AE99D2" w:themeColor="accent2"/>
        <w:bottom w:val="single" w:sz="8" w:space="0" w:color="AE99D2" w:themeColor="accent2"/>
        <w:right w:val="single" w:sz="8" w:space="0" w:color="AE99D2" w:themeColor="accent2"/>
        <w:insideH w:val="single" w:sz="8" w:space="0" w:color="AE99D2" w:themeColor="accent2"/>
        <w:insideV w:val="single" w:sz="8" w:space="0" w:color="AE99D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E99D2" w:themeColor="accent2"/>
          <w:left w:val="single" w:sz="8" w:space="0" w:color="AE99D2" w:themeColor="accent2"/>
          <w:bottom w:val="single" w:sz="18" w:space="0" w:color="AE99D2" w:themeColor="accent2"/>
          <w:right w:val="single" w:sz="8" w:space="0" w:color="AE99D2" w:themeColor="accent2"/>
          <w:insideH w:val="nil"/>
          <w:insideV w:val="single" w:sz="8" w:space="0" w:color="AE99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E99D2" w:themeColor="accent2"/>
          <w:left w:val="single" w:sz="8" w:space="0" w:color="AE99D2" w:themeColor="accent2"/>
          <w:bottom w:val="single" w:sz="8" w:space="0" w:color="AE99D2" w:themeColor="accent2"/>
          <w:right w:val="single" w:sz="8" w:space="0" w:color="AE99D2" w:themeColor="accent2"/>
          <w:insideH w:val="nil"/>
          <w:insideV w:val="single" w:sz="8" w:space="0" w:color="AE99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E99D2" w:themeColor="accent2"/>
          <w:left w:val="single" w:sz="8" w:space="0" w:color="AE99D2" w:themeColor="accent2"/>
          <w:bottom w:val="single" w:sz="8" w:space="0" w:color="AE99D2" w:themeColor="accent2"/>
          <w:right w:val="single" w:sz="8" w:space="0" w:color="AE99D2" w:themeColor="accent2"/>
        </w:tcBorders>
      </w:tcPr>
    </w:tblStylePr>
    <w:tblStylePr w:type="band1Vert">
      <w:tblPr/>
      <w:tcPr>
        <w:tcBorders>
          <w:top w:val="single" w:sz="8" w:space="0" w:color="AE99D2" w:themeColor="accent2"/>
          <w:left w:val="single" w:sz="8" w:space="0" w:color="AE99D2" w:themeColor="accent2"/>
          <w:bottom w:val="single" w:sz="8" w:space="0" w:color="AE99D2" w:themeColor="accent2"/>
          <w:right w:val="single" w:sz="8" w:space="0" w:color="AE99D2" w:themeColor="accent2"/>
        </w:tcBorders>
        <w:shd w:val="clear" w:color="auto" w:fill="EAE5F4" w:themeFill="accent2" w:themeFillTint="3F"/>
      </w:tcPr>
    </w:tblStylePr>
    <w:tblStylePr w:type="band1Horz">
      <w:tblPr/>
      <w:tcPr>
        <w:tcBorders>
          <w:top w:val="single" w:sz="8" w:space="0" w:color="AE99D2" w:themeColor="accent2"/>
          <w:left w:val="single" w:sz="8" w:space="0" w:color="AE99D2" w:themeColor="accent2"/>
          <w:bottom w:val="single" w:sz="8" w:space="0" w:color="AE99D2" w:themeColor="accent2"/>
          <w:right w:val="single" w:sz="8" w:space="0" w:color="AE99D2" w:themeColor="accent2"/>
          <w:insideV w:val="single" w:sz="8" w:space="0" w:color="AE99D2" w:themeColor="accent2"/>
        </w:tcBorders>
        <w:shd w:val="clear" w:color="auto" w:fill="EAE5F4" w:themeFill="accent2" w:themeFillTint="3F"/>
      </w:tcPr>
    </w:tblStylePr>
    <w:tblStylePr w:type="band2Horz">
      <w:tblPr/>
      <w:tcPr>
        <w:tcBorders>
          <w:top w:val="single" w:sz="8" w:space="0" w:color="AE99D2" w:themeColor="accent2"/>
          <w:left w:val="single" w:sz="8" w:space="0" w:color="AE99D2" w:themeColor="accent2"/>
          <w:bottom w:val="single" w:sz="8" w:space="0" w:color="AE99D2" w:themeColor="accent2"/>
          <w:right w:val="single" w:sz="8" w:space="0" w:color="AE99D2" w:themeColor="accent2"/>
          <w:insideV w:val="single" w:sz="8" w:space="0" w:color="AE99D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54971" w:themeColor="accent3"/>
        <w:left w:val="single" w:sz="8" w:space="0" w:color="554971" w:themeColor="accent3"/>
        <w:bottom w:val="single" w:sz="8" w:space="0" w:color="554971" w:themeColor="accent3"/>
        <w:right w:val="single" w:sz="8" w:space="0" w:color="554971" w:themeColor="accent3"/>
        <w:insideH w:val="single" w:sz="8" w:space="0" w:color="554971" w:themeColor="accent3"/>
        <w:insideV w:val="single" w:sz="8" w:space="0" w:color="5549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54971" w:themeColor="accent3"/>
          <w:left w:val="single" w:sz="8" w:space="0" w:color="554971" w:themeColor="accent3"/>
          <w:bottom w:val="single" w:sz="18" w:space="0" w:color="554971" w:themeColor="accent3"/>
          <w:right w:val="single" w:sz="8" w:space="0" w:color="554971" w:themeColor="accent3"/>
          <w:insideH w:val="nil"/>
          <w:insideV w:val="single" w:sz="8" w:space="0" w:color="5549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54971" w:themeColor="accent3"/>
          <w:left w:val="single" w:sz="8" w:space="0" w:color="554971" w:themeColor="accent3"/>
          <w:bottom w:val="single" w:sz="8" w:space="0" w:color="554971" w:themeColor="accent3"/>
          <w:right w:val="single" w:sz="8" w:space="0" w:color="554971" w:themeColor="accent3"/>
          <w:insideH w:val="nil"/>
          <w:insideV w:val="single" w:sz="8" w:space="0" w:color="5549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54971" w:themeColor="accent3"/>
          <w:left w:val="single" w:sz="8" w:space="0" w:color="554971" w:themeColor="accent3"/>
          <w:bottom w:val="single" w:sz="8" w:space="0" w:color="554971" w:themeColor="accent3"/>
          <w:right w:val="single" w:sz="8" w:space="0" w:color="554971" w:themeColor="accent3"/>
        </w:tcBorders>
      </w:tcPr>
    </w:tblStylePr>
    <w:tblStylePr w:type="band1Vert">
      <w:tblPr/>
      <w:tcPr>
        <w:tcBorders>
          <w:top w:val="single" w:sz="8" w:space="0" w:color="554971" w:themeColor="accent3"/>
          <w:left w:val="single" w:sz="8" w:space="0" w:color="554971" w:themeColor="accent3"/>
          <w:bottom w:val="single" w:sz="8" w:space="0" w:color="554971" w:themeColor="accent3"/>
          <w:right w:val="single" w:sz="8" w:space="0" w:color="554971" w:themeColor="accent3"/>
        </w:tcBorders>
        <w:shd w:val="clear" w:color="auto" w:fill="D3CEDF" w:themeFill="accent3" w:themeFillTint="3F"/>
      </w:tcPr>
    </w:tblStylePr>
    <w:tblStylePr w:type="band1Horz">
      <w:tblPr/>
      <w:tcPr>
        <w:tcBorders>
          <w:top w:val="single" w:sz="8" w:space="0" w:color="554971" w:themeColor="accent3"/>
          <w:left w:val="single" w:sz="8" w:space="0" w:color="554971" w:themeColor="accent3"/>
          <w:bottom w:val="single" w:sz="8" w:space="0" w:color="554971" w:themeColor="accent3"/>
          <w:right w:val="single" w:sz="8" w:space="0" w:color="554971" w:themeColor="accent3"/>
          <w:insideV w:val="single" w:sz="8" w:space="0" w:color="554971" w:themeColor="accent3"/>
        </w:tcBorders>
        <w:shd w:val="clear" w:color="auto" w:fill="D3CEDF" w:themeFill="accent3" w:themeFillTint="3F"/>
      </w:tcPr>
    </w:tblStylePr>
    <w:tblStylePr w:type="band2Horz">
      <w:tblPr/>
      <w:tcPr>
        <w:tcBorders>
          <w:top w:val="single" w:sz="8" w:space="0" w:color="554971" w:themeColor="accent3"/>
          <w:left w:val="single" w:sz="8" w:space="0" w:color="554971" w:themeColor="accent3"/>
          <w:bottom w:val="single" w:sz="8" w:space="0" w:color="554971" w:themeColor="accent3"/>
          <w:right w:val="single" w:sz="8" w:space="0" w:color="554971" w:themeColor="accent3"/>
          <w:insideV w:val="single" w:sz="8" w:space="0" w:color="554971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DA1" w:themeColor="accent5"/>
        <w:left w:val="single" w:sz="8" w:space="0" w:color="FFFDA1" w:themeColor="accent5"/>
        <w:bottom w:val="single" w:sz="8" w:space="0" w:color="FFFDA1" w:themeColor="accent5"/>
        <w:right w:val="single" w:sz="8" w:space="0" w:color="FFFDA1" w:themeColor="accent5"/>
        <w:insideH w:val="single" w:sz="8" w:space="0" w:color="FFFDA1" w:themeColor="accent5"/>
        <w:insideV w:val="single" w:sz="8" w:space="0" w:color="FFFDA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DA1" w:themeColor="accent5"/>
          <w:left w:val="single" w:sz="8" w:space="0" w:color="FFFDA1" w:themeColor="accent5"/>
          <w:bottom w:val="single" w:sz="18" w:space="0" w:color="FFFDA1" w:themeColor="accent5"/>
          <w:right w:val="single" w:sz="8" w:space="0" w:color="FFFDA1" w:themeColor="accent5"/>
          <w:insideH w:val="nil"/>
          <w:insideV w:val="single" w:sz="8" w:space="0" w:color="FFFDA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DA1" w:themeColor="accent5"/>
          <w:left w:val="single" w:sz="8" w:space="0" w:color="FFFDA1" w:themeColor="accent5"/>
          <w:bottom w:val="single" w:sz="8" w:space="0" w:color="FFFDA1" w:themeColor="accent5"/>
          <w:right w:val="single" w:sz="8" w:space="0" w:color="FFFDA1" w:themeColor="accent5"/>
          <w:insideH w:val="nil"/>
          <w:insideV w:val="single" w:sz="8" w:space="0" w:color="FFFDA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DA1" w:themeColor="accent5"/>
          <w:left w:val="single" w:sz="8" w:space="0" w:color="FFFDA1" w:themeColor="accent5"/>
          <w:bottom w:val="single" w:sz="8" w:space="0" w:color="FFFDA1" w:themeColor="accent5"/>
          <w:right w:val="single" w:sz="8" w:space="0" w:color="FFFDA1" w:themeColor="accent5"/>
        </w:tcBorders>
      </w:tcPr>
    </w:tblStylePr>
    <w:tblStylePr w:type="band1Vert">
      <w:tblPr/>
      <w:tcPr>
        <w:tcBorders>
          <w:top w:val="single" w:sz="8" w:space="0" w:color="FFFDA1" w:themeColor="accent5"/>
          <w:left w:val="single" w:sz="8" w:space="0" w:color="FFFDA1" w:themeColor="accent5"/>
          <w:bottom w:val="single" w:sz="8" w:space="0" w:color="FFFDA1" w:themeColor="accent5"/>
          <w:right w:val="single" w:sz="8" w:space="0" w:color="FFFDA1" w:themeColor="accent5"/>
        </w:tcBorders>
        <w:shd w:val="clear" w:color="auto" w:fill="FFFEE7" w:themeFill="accent5" w:themeFillTint="3F"/>
      </w:tcPr>
    </w:tblStylePr>
    <w:tblStylePr w:type="band1Horz">
      <w:tblPr/>
      <w:tcPr>
        <w:tcBorders>
          <w:top w:val="single" w:sz="8" w:space="0" w:color="FFFDA1" w:themeColor="accent5"/>
          <w:left w:val="single" w:sz="8" w:space="0" w:color="FFFDA1" w:themeColor="accent5"/>
          <w:bottom w:val="single" w:sz="8" w:space="0" w:color="FFFDA1" w:themeColor="accent5"/>
          <w:right w:val="single" w:sz="8" w:space="0" w:color="FFFDA1" w:themeColor="accent5"/>
          <w:insideV w:val="single" w:sz="8" w:space="0" w:color="FFFDA1" w:themeColor="accent5"/>
        </w:tcBorders>
        <w:shd w:val="clear" w:color="auto" w:fill="FFFEE7" w:themeFill="accent5" w:themeFillTint="3F"/>
      </w:tcPr>
    </w:tblStylePr>
    <w:tblStylePr w:type="band2Horz">
      <w:tblPr/>
      <w:tcPr>
        <w:tcBorders>
          <w:top w:val="single" w:sz="8" w:space="0" w:color="FFFDA1" w:themeColor="accent5"/>
          <w:left w:val="single" w:sz="8" w:space="0" w:color="FFFDA1" w:themeColor="accent5"/>
          <w:bottom w:val="single" w:sz="8" w:space="0" w:color="FFFDA1" w:themeColor="accent5"/>
          <w:right w:val="single" w:sz="8" w:space="0" w:color="FFFDA1" w:themeColor="accent5"/>
          <w:insideV w:val="single" w:sz="8" w:space="0" w:color="FFFDA1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2203F" w:themeColor="accent6"/>
        <w:left w:val="single" w:sz="8" w:space="0" w:color="52203F" w:themeColor="accent6"/>
        <w:bottom w:val="single" w:sz="8" w:space="0" w:color="52203F" w:themeColor="accent6"/>
        <w:right w:val="single" w:sz="8" w:space="0" w:color="52203F" w:themeColor="accent6"/>
        <w:insideH w:val="single" w:sz="8" w:space="0" w:color="52203F" w:themeColor="accent6"/>
        <w:insideV w:val="single" w:sz="8" w:space="0" w:color="52203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2203F" w:themeColor="accent6"/>
          <w:left w:val="single" w:sz="8" w:space="0" w:color="52203F" w:themeColor="accent6"/>
          <w:bottom w:val="single" w:sz="18" w:space="0" w:color="52203F" w:themeColor="accent6"/>
          <w:right w:val="single" w:sz="8" w:space="0" w:color="52203F" w:themeColor="accent6"/>
          <w:insideH w:val="nil"/>
          <w:insideV w:val="single" w:sz="8" w:space="0" w:color="52203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2203F" w:themeColor="accent6"/>
          <w:left w:val="single" w:sz="8" w:space="0" w:color="52203F" w:themeColor="accent6"/>
          <w:bottom w:val="single" w:sz="8" w:space="0" w:color="52203F" w:themeColor="accent6"/>
          <w:right w:val="single" w:sz="8" w:space="0" w:color="52203F" w:themeColor="accent6"/>
          <w:insideH w:val="nil"/>
          <w:insideV w:val="single" w:sz="8" w:space="0" w:color="52203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2203F" w:themeColor="accent6"/>
          <w:left w:val="single" w:sz="8" w:space="0" w:color="52203F" w:themeColor="accent6"/>
          <w:bottom w:val="single" w:sz="8" w:space="0" w:color="52203F" w:themeColor="accent6"/>
          <w:right w:val="single" w:sz="8" w:space="0" w:color="52203F" w:themeColor="accent6"/>
        </w:tcBorders>
      </w:tcPr>
    </w:tblStylePr>
    <w:tblStylePr w:type="band1Vert">
      <w:tblPr/>
      <w:tcPr>
        <w:tcBorders>
          <w:top w:val="single" w:sz="8" w:space="0" w:color="52203F" w:themeColor="accent6"/>
          <w:left w:val="single" w:sz="8" w:space="0" w:color="52203F" w:themeColor="accent6"/>
          <w:bottom w:val="single" w:sz="8" w:space="0" w:color="52203F" w:themeColor="accent6"/>
          <w:right w:val="single" w:sz="8" w:space="0" w:color="52203F" w:themeColor="accent6"/>
        </w:tcBorders>
        <w:shd w:val="clear" w:color="auto" w:fill="E3B8D3" w:themeFill="accent6" w:themeFillTint="3F"/>
      </w:tcPr>
    </w:tblStylePr>
    <w:tblStylePr w:type="band1Horz">
      <w:tblPr/>
      <w:tcPr>
        <w:tcBorders>
          <w:top w:val="single" w:sz="8" w:space="0" w:color="52203F" w:themeColor="accent6"/>
          <w:left w:val="single" w:sz="8" w:space="0" w:color="52203F" w:themeColor="accent6"/>
          <w:bottom w:val="single" w:sz="8" w:space="0" w:color="52203F" w:themeColor="accent6"/>
          <w:right w:val="single" w:sz="8" w:space="0" w:color="52203F" w:themeColor="accent6"/>
          <w:insideV w:val="single" w:sz="8" w:space="0" w:color="52203F" w:themeColor="accent6"/>
        </w:tcBorders>
        <w:shd w:val="clear" w:color="auto" w:fill="E3B8D3" w:themeFill="accent6" w:themeFillTint="3F"/>
      </w:tcPr>
    </w:tblStylePr>
    <w:tblStylePr w:type="band2Horz">
      <w:tblPr/>
      <w:tcPr>
        <w:tcBorders>
          <w:top w:val="single" w:sz="8" w:space="0" w:color="52203F" w:themeColor="accent6"/>
          <w:left w:val="single" w:sz="8" w:space="0" w:color="52203F" w:themeColor="accent6"/>
          <w:bottom w:val="single" w:sz="8" w:space="0" w:color="52203F" w:themeColor="accent6"/>
          <w:right w:val="single" w:sz="8" w:space="0" w:color="52203F" w:themeColor="accent6"/>
          <w:insideV w:val="single" w:sz="8" w:space="0" w:color="52203F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4F210" w:themeColor="accent1" w:themeTint="BF"/>
        <w:left w:val="single" w:sz="8" w:space="0" w:color="C4F210" w:themeColor="accent1" w:themeTint="BF"/>
        <w:bottom w:val="single" w:sz="8" w:space="0" w:color="C4F210" w:themeColor="accent1" w:themeTint="BF"/>
        <w:right w:val="single" w:sz="8" w:space="0" w:color="C4F210" w:themeColor="accent1" w:themeTint="BF"/>
        <w:insideH w:val="single" w:sz="8" w:space="0" w:color="C4F21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210" w:themeColor="accent1" w:themeTint="BF"/>
          <w:left w:val="single" w:sz="8" w:space="0" w:color="C4F210" w:themeColor="accent1" w:themeTint="BF"/>
          <w:bottom w:val="single" w:sz="8" w:space="0" w:color="C4F210" w:themeColor="accent1" w:themeTint="BF"/>
          <w:right w:val="single" w:sz="8" w:space="0" w:color="C4F210" w:themeColor="accent1" w:themeTint="BF"/>
          <w:insideH w:val="nil"/>
          <w:insideV w:val="nil"/>
        </w:tcBorders>
        <w:shd w:val="clear" w:color="auto" w:fill="86A50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210" w:themeColor="accent1" w:themeTint="BF"/>
          <w:left w:val="single" w:sz="8" w:space="0" w:color="C4F210" w:themeColor="accent1" w:themeTint="BF"/>
          <w:bottom w:val="single" w:sz="8" w:space="0" w:color="C4F210" w:themeColor="accent1" w:themeTint="BF"/>
          <w:right w:val="single" w:sz="8" w:space="0" w:color="C4F21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AA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AA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2B2DD" w:themeColor="accent2" w:themeTint="BF"/>
        <w:left w:val="single" w:sz="8" w:space="0" w:color="C2B2DD" w:themeColor="accent2" w:themeTint="BF"/>
        <w:bottom w:val="single" w:sz="8" w:space="0" w:color="C2B2DD" w:themeColor="accent2" w:themeTint="BF"/>
        <w:right w:val="single" w:sz="8" w:space="0" w:color="C2B2DD" w:themeColor="accent2" w:themeTint="BF"/>
        <w:insideH w:val="single" w:sz="8" w:space="0" w:color="C2B2DD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2B2DD" w:themeColor="accent2" w:themeTint="BF"/>
          <w:left w:val="single" w:sz="8" w:space="0" w:color="C2B2DD" w:themeColor="accent2" w:themeTint="BF"/>
          <w:bottom w:val="single" w:sz="8" w:space="0" w:color="C2B2DD" w:themeColor="accent2" w:themeTint="BF"/>
          <w:right w:val="single" w:sz="8" w:space="0" w:color="C2B2DD" w:themeColor="accent2" w:themeTint="BF"/>
          <w:insideH w:val="nil"/>
          <w:insideV w:val="nil"/>
        </w:tcBorders>
        <w:shd w:val="clear" w:color="auto" w:fill="AE99D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2DD" w:themeColor="accent2" w:themeTint="BF"/>
          <w:left w:val="single" w:sz="8" w:space="0" w:color="C2B2DD" w:themeColor="accent2" w:themeTint="BF"/>
          <w:bottom w:val="single" w:sz="8" w:space="0" w:color="C2B2DD" w:themeColor="accent2" w:themeTint="BF"/>
          <w:right w:val="single" w:sz="8" w:space="0" w:color="C2B2D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5F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E5F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A6B9F" w:themeColor="accent3" w:themeTint="BF"/>
        <w:left w:val="single" w:sz="8" w:space="0" w:color="7A6B9F" w:themeColor="accent3" w:themeTint="BF"/>
        <w:bottom w:val="single" w:sz="8" w:space="0" w:color="7A6B9F" w:themeColor="accent3" w:themeTint="BF"/>
        <w:right w:val="single" w:sz="8" w:space="0" w:color="7A6B9F" w:themeColor="accent3" w:themeTint="BF"/>
        <w:insideH w:val="single" w:sz="8" w:space="0" w:color="7A6B9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6B9F" w:themeColor="accent3" w:themeTint="BF"/>
          <w:left w:val="single" w:sz="8" w:space="0" w:color="7A6B9F" w:themeColor="accent3" w:themeTint="BF"/>
          <w:bottom w:val="single" w:sz="8" w:space="0" w:color="7A6B9F" w:themeColor="accent3" w:themeTint="BF"/>
          <w:right w:val="single" w:sz="8" w:space="0" w:color="7A6B9F" w:themeColor="accent3" w:themeTint="BF"/>
          <w:insideH w:val="nil"/>
          <w:insideV w:val="nil"/>
        </w:tcBorders>
        <w:shd w:val="clear" w:color="auto" w:fill="5549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B9F" w:themeColor="accent3" w:themeTint="BF"/>
          <w:left w:val="single" w:sz="8" w:space="0" w:color="7A6B9F" w:themeColor="accent3" w:themeTint="BF"/>
          <w:bottom w:val="single" w:sz="8" w:space="0" w:color="7A6B9F" w:themeColor="accent3" w:themeTint="BF"/>
          <w:right w:val="single" w:sz="8" w:space="0" w:color="7A6B9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CED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CED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DB8" w:themeColor="accent5" w:themeTint="BF"/>
        <w:left w:val="single" w:sz="8" w:space="0" w:color="FFFDB8" w:themeColor="accent5" w:themeTint="BF"/>
        <w:bottom w:val="single" w:sz="8" w:space="0" w:color="FFFDB8" w:themeColor="accent5" w:themeTint="BF"/>
        <w:right w:val="single" w:sz="8" w:space="0" w:color="FFFDB8" w:themeColor="accent5" w:themeTint="BF"/>
        <w:insideH w:val="single" w:sz="8" w:space="0" w:color="FFFDB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DB8" w:themeColor="accent5" w:themeTint="BF"/>
          <w:left w:val="single" w:sz="8" w:space="0" w:color="FFFDB8" w:themeColor="accent5" w:themeTint="BF"/>
          <w:bottom w:val="single" w:sz="8" w:space="0" w:color="FFFDB8" w:themeColor="accent5" w:themeTint="BF"/>
          <w:right w:val="single" w:sz="8" w:space="0" w:color="FFFDB8" w:themeColor="accent5" w:themeTint="BF"/>
          <w:insideH w:val="nil"/>
          <w:insideV w:val="nil"/>
        </w:tcBorders>
        <w:shd w:val="clear" w:color="auto" w:fill="FFFDA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DB8" w:themeColor="accent5" w:themeTint="BF"/>
          <w:left w:val="single" w:sz="8" w:space="0" w:color="FFFDB8" w:themeColor="accent5" w:themeTint="BF"/>
          <w:bottom w:val="single" w:sz="8" w:space="0" w:color="FFFDB8" w:themeColor="accent5" w:themeTint="BF"/>
          <w:right w:val="single" w:sz="8" w:space="0" w:color="FFFDB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EE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EE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93C75" w:themeColor="accent6" w:themeTint="BF"/>
        <w:left w:val="single" w:sz="8" w:space="0" w:color="993C75" w:themeColor="accent6" w:themeTint="BF"/>
        <w:bottom w:val="single" w:sz="8" w:space="0" w:color="993C75" w:themeColor="accent6" w:themeTint="BF"/>
        <w:right w:val="single" w:sz="8" w:space="0" w:color="993C75" w:themeColor="accent6" w:themeTint="BF"/>
        <w:insideH w:val="single" w:sz="8" w:space="0" w:color="993C7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93C75" w:themeColor="accent6" w:themeTint="BF"/>
          <w:left w:val="single" w:sz="8" w:space="0" w:color="993C75" w:themeColor="accent6" w:themeTint="BF"/>
          <w:bottom w:val="single" w:sz="8" w:space="0" w:color="993C75" w:themeColor="accent6" w:themeTint="BF"/>
          <w:right w:val="single" w:sz="8" w:space="0" w:color="993C75" w:themeColor="accent6" w:themeTint="BF"/>
          <w:insideH w:val="nil"/>
          <w:insideV w:val="nil"/>
        </w:tcBorders>
        <w:shd w:val="clear" w:color="auto" w:fill="52203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3C75" w:themeColor="accent6" w:themeTint="BF"/>
          <w:left w:val="single" w:sz="8" w:space="0" w:color="993C75" w:themeColor="accent6" w:themeTint="BF"/>
          <w:bottom w:val="single" w:sz="8" w:space="0" w:color="993C75" w:themeColor="accent6" w:themeTint="BF"/>
          <w:right w:val="single" w:sz="8" w:space="0" w:color="993C7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B8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B8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A50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A50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A50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E99D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E99D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E99D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549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549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549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DA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DA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DA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2203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2203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2203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2203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6A509" w:themeColor="accent1"/>
        <w:bottom w:val="single" w:sz="8" w:space="0" w:color="86A50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A509" w:themeColor="accent1"/>
        </w:tcBorders>
      </w:tcPr>
    </w:tblStylePr>
    <w:tblStylePr w:type="lastRow">
      <w:rPr>
        <w:b/>
        <w:bCs/>
        <w:color w:val="52203F" w:themeColor="text2"/>
      </w:rPr>
      <w:tblPr/>
      <w:tcPr>
        <w:tcBorders>
          <w:top w:val="single" w:sz="8" w:space="0" w:color="86A509" w:themeColor="accent1"/>
          <w:bottom w:val="single" w:sz="8" w:space="0" w:color="86A5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A509" w:themeColor="accent1"/>
          <w:bottom w:val="single" w:sz="8" w:space="0" w:color="86A509" w:themeColor="accent1"/>
        </w:tcBorders>
      </w:tcPr>
    </w:tblStylePr>
    <w:tblStylePr w:type="band1Vert">
      <w:tblPr/>
      <w:tcPr>
        <w:shd w:val="clear" w:color="auto" w:fill="EBFAAF" w:themeFill="accent1" w:themeFillTint="3F"/>
      </w:tcPr>
    </w:tblStylePr>
    <w:tblStylePr w:type="band1Horz">
      <w:tblPr/>
      <w:tcPr>
        <w:shd w:val="clear" w:color="auto" w:fill="EBFAAF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E99D2" w:themeColor="accent2"/>
        <w:bottom w:val="single" w:sz="8" w:space="0" w:color="AE99D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E99D2" w:themeColor="accent2"/>
        </w:tcBorders>
      </w:tcPr>
    </w:tblStylePr>
    <w:tblStylePr w:type="lastRow">
      <w:rPr>
        <w:b/>
        <w:bCs/>
        <w:color w:val="52203F" w:themeColor="text2"/>
      </w:rPr>
      <w:tblPr/>
      <w:tcPr>
        <w:tcBorders>
          <w:top w:val="single" w:sz="8" w:space="0" w:color="AE99D2" w:themeColor="accent2"/>
          <w:bottom w:val="single" w:sz="8" w:space="0" w:color="AE99D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E99D2" w:themeColor="accent2"/>
          <w:bottom w:val="single" w:sz="8" w:space="0" w:color="AE99D2" w:themeColor="accent2"/>
        </w:tcBorders>
      </w:tcPr>
    </w:tblStylePr>
    <w:tblStylePr w:type="band1Vert">
      <w:tblPr/>
      <w:tcPr>
        <w:shd w:val="clear" w:color="auto" w:fill="EAE5F4" w:themeFill="accent2" w:themeFillTint="3F"/>
      </w:tcPr>
    </w:tblStylePr>
    <w:tblStylePr w:type="band1Horz">
      <w:tblPr/>
      <w:tcPr>
        <w:shd w:val="clear" w:color="auto" w:fill="EAE5F4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54971" w:themeColor="accent3"/>
        <w:bottom w:val="single" w:sz="8" w:space="0" w:color="5549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54971" w:themeColor="accent3"/>
        </w:tcBorders>
      </w:tcPr>
    </w:tblStylePr>
    <w:tblStylePr w:type="lastRow">
      <w:rPr>
        <w:b/>
        <w:bCs/>
        <w:color w:val="52203F" w:themeColor="text2"/>
      </w:rPr>
      <w:tblPr/>
      <w:tcPr>
        <w:tcBorders>
          <w:top w:val="single" w:sz="8" w:space="0" w:color="554971" w:themeColor="accent3"/>
          <w:bottom w:val="single" w:sz="8" w:space="0" w:color="5549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54971" w:themeColor="accent3"/>
          <w:bottom w:val="single" w:sz="8" w:space="0" w:color="554971" w:themeColor="accent3"/>
        </w:tcBorders>
      </w:tcPr>
    </w:tblStylePr>
    <w:tblStylePr w:type="band1Vert">
      <w:tblPr/>
      <w:tcPr>
        <w:shd w:val="clear" w:color="auto" w:fill="D3CEDF" w:themeFill="accent3" w:themeFillTint="3F"/>
      </w:tcPr>
    </w:tblStylePr>
    <w:tblStylePr w:type="band1Horz">
      <w:tblPr/>
      <w:tcPr>
        <w:shd w:val="clear" w:color="auto" w:fill="D3CEDF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52203F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FDA1" w:themeColor="accent5"/>
        <w:bottom w:val="single" w:sz="8" w:space="0" w:color="FFFDA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DA1" w:themeColor="accent5"/>
        </w:tcBorders>
      </w:tcPr>
    </w:tblStylePr>
    <w:tblStylePr w:type="lastRow">
      <w:rPr>
        <w:b/>
        <w:bCs/>
        <w:color w:val="52203F" w:themeColor="text2"/>
      </w:rPr>
      <w:tblPr/>
      <w:tcPr>
        <w:tcBorders>
          <w:top w:val="single" w:sz="8" w:space="0" w:color="FFFDA1" w:themeColor="accent5"/>
          <w:bottom w:val="single" w:sz="8" w:space="0" w:color="FFFDA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DA1" w:themeColor="accent5"/>
          <w:bottom w:val="single" w:sz="8" w:space="0" w:color="FFFDA1" w:themeColor="accent5"/>
        </w:tcBorders>
      </w:tcPr>
    </w:tblStylePr>
    <w:tblStylePr w:type="band1Vert">
      <w:tblPr/>
      <w:tcPr>
        <w:shd w:val="clear" w:color="auto" w:fill="FFFEE7" w:themeFill="accent5" w:themeFillTint="3F"/>
      </w:tcPr>
    </w:tblStylePr>
    <w:tblStylePr w:type="band1Horz">
      <w:tblPr/>
      <w:tcPr>
        <w:shd w:val="clear" w:color="auto" w:fill="FFFEE7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2203F" w:themeColor="accent6"/>
        <w:bottom w:val="single" w:sz="8" w:space="0" w:color="52203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2203F" w:themeColor="accent6"/>
        </w:tcBorders>
      </w:tcPr>
    </w:tblStylePr>
    <w:tblStylePr w:type="lastRow">
      <w:rPr>
        <w:b/>
        <w:bCs/>
        <w:color w:val="52203F" w:themeColor="text2"/>
      </w:rPr>
      <w:tblPr/>
      <w:tcPr>
        <w:tcBorders>
          <w:top w:val="single" w:sz="8" w:space="0" w:color="52203F" w:themeColor="accent6"/>
          <w:bottom w:val="single" w:sz="8" w:space="0" w:color="5220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2203F" w:themeColor="accent6"/>
          <w:bottom w:val="single" w:sz="8" w:space="0" w:color="52203F" w:themeColor="accent6"/>
        </w:tcBorders>
      </w:tcPr>
    </w:tblStylePr>
    <w:tblStylePr w:type="band1Vert">
      <w:tblPr/>
      <w:tcPr>
        <w:shd w:val="clear" w:color="auto" w:fill="E3B8D3" w:themeFill="accent6" w:themeFillTint="3F"/>
      </w:tcPr>
    </w:tblStylePr>
    <w:tblStylePr w:type="band1Horz">
      <w:tblPr/>
      <w:tcPr>
        <w:shd w:val="clear" w:color="auto" w:fill="E3B8D3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509" w:themeColor="accent1"/>
        <w:left w:val="single" w:sz="8" w:space="0" w:color="86A509" w:themeColor="accent1"/>
        <w:bottom w:val="single" w:sz="8" w:space="0" w:color="86A509" w:themeColor="accent1"/>
        <w:right w:val="single" w:sz="8" w:space="0" w:color="86A50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A50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6A50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A50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A50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AA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AA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E99D2" w:themeColor="accent2"/>
        <w:left w:val="single" w:sz="8" w:space="0" w:color="AE99D2" w:themeColor="accent2"/>
        <w:bottom w:val="single" w:sz="8" w:space="0" w:color="AE99D2" w:themeColor="accent2"/>
        <w:right w:val="single" w:sz="8" w:space="0" w:color="AE99D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E99D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E99D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E99D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E99D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5F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E5F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54971" w:themeColor="accent3"/>
        <w:left w:val="single" w:sz="8" w:space="0" w:color="554971" w:themeColor="accent3"/>
        <w:bottom w:val="single" w:sz="8" w:space="0" w:color="554971" w:themeColor="accent3"/>
        <w:right w:val="single" w:sz="8" w:space="0" w:color="5549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549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5497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549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549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CED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CED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FDA1" w:themeColor="accent5"/>
        <w:left w:val="single" w:sz="8" w:space="0" w:color="FFFDA1" w:themeColor="accent5"/>
        <w:bottom w:val="single" w:sz="8" w:space="0" w:color="FFFDA1" w:themeColor="accent5"/>
        <w:right w:val="single" w:sz="8" w:space="0" w:color="FFFDA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DA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DA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DA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DA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EE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EE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2203F" w:themeColor="accent6"/>
        <w:left w:val="single" w:sz="8" w:space="0" w:color="52203F" w:themeColor="accent6"/>
        <w:bottom w:val="single" w:sz="8" w:space="0" w:color="52203F" w:themeColor="accent6"/>
        <w:right w:val="single" w:sz="8" w:space="0" w:color="52203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2203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2203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2203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2203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B8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B8D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4F210" w:themeColor="accent1" w:themeTint="BF"/>
        <w:left w:val="single" w:sz="8" w:space="0" w:color="C4F210" w:themeColor="accent1" w:themeTint="BF"/>
        <w:bottom w:val="single" w:sz="8" w:space="0" w:color="C4F210" w:themeColor="accent1" w:themeTint="BF"/>
        <w:right w:val="single" w:sz="8" w:space="0" w:color="C4F210" w:themeColor="accent1" w:themeTint="BF"/>
        <w:insideH w:val="single" w:sz="8" w:space="0" w:color="C4F210" w:themeColor="accent1" w:themeTint="BF"/>
        <w:insideV w:val="single" w:sz="8" w:space="0" w:color="C4F210" w:themeColor="accent1" w:themeTint="BF"/>
      </w:tblBorders>
    </w:tblPr>
    <w:tcPr>
      <w:shd w:val="clear" w:color="auto" w:fill="EBFAA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21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660" w:themeFill="accent1" w:themeFillTint="7F"/>
      </w:tcPr>
    </w:tblStylePr>
    <w:tblStylePr w:type="band1Horz">
      <w:tblPr/>
      <w:tcPr>
        <w:shd w:val="clear" w:color="auto" w:fill="D8F660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2B2DD" w:themeColor="accent2" w:themeTint="BF"/>
        <w:left w:val="single" w:sz="8" w:space="0" w:color="C2B2DD" w:themeColor="accent2" w:themeTint="BF"/>
        <w:bottom w:val="single" w:sz="8" w:space="0" w:color="C2B2DD" w:themeColor="accent2" w:themeTint="BF"/>
        <w:right w:val="single" w:sz="8" w:space="0" w:color="C2B2DD" w:themeColor="accent2" w:themeTint="BF"/>
        <w:insideH w:val="single" w:sz="8" w:space="0" w:color="C2B2DD" w:themeColor="accent2" w:themeTint="BF"/>
        <w:insideV w:val="single" w:sz="8" w:space="0" w:color="C2B2DD" w:themeColor="accent2" w:themeTint="BF"/>
      </w:tblBorders>
    </w:tblPr>
    <w:tcPr>
      <w:shd w:val="clear" w:color="auto" w:fill="EAE5F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2B2DD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CCE8" w:themeFill="accent2" w:themeFillTint="7F"/>
      </w:tcPr>
    </w:tblStylePr>
    <w:tblStylePr w:type="band1Horz">
      <w:tblPr/>
      <w:tcPr>
        <w:shd w:val="clear" w:color="auto" w:fill="D6CCE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A6B9F" w:themeColor="accent3" w:themeTint="BF"/>
        <w:left w:val="single" w:sz="8" w:space="0" w:color="7A6B9F" w:themeColor="accent3" w:themeTint="BF"/>
        <w:bottom w:val="single" w:sz="8" w:space="0" w:color="7A6B9F" w:themeColor="accent3" w:themeTint="BF"/>
        <w:right w:val="single" w:sz="8" w:space="0" w:color="7A6B9F" w:themeColor="accent3" w:themeTint="BF"/>
        <w:insideH w:val="single" w:sz="8" w:space="0" w:color="7A6B9F" w:themeColor="accent3" w:themeTint="BF"/>
        <w:insideV w:val="single" w:sz="8" w:space="0" w:color="7A6B9F" w:themeColor="accent3" w:themeTint="BF"/>
      </w:tblBorders>
    </w:tblPr>
    <w:tcPr>
      <w:shd w:val="clear" w:color="auto" w:fill="D3CED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6B9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9CBF" w:themeFill="accent3" w:themeFillTint="7F"/>
      </w:tcPr>
    </w:tblStylePr>
    <w:tblStylePr w:type="band1Horz">
      <w:tblPr/>
      <w:tcPr>
        <w:shd w:val="clear" w:color="auto" w:fill="A79CBF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DB8" w:themeColor="accent5" w:themeTint="BF"/>
        <w:left w:val="single" w:sz="8" w:space="0" w:color="FFFDB8" w:themeColor="accent5" w:themeTint="BF"/>
        <w:bottom w:val="single" w:sz="8" w:space="0" w:color="FFFDB8" w:themeColor="accent5" w:themeTint="BF"/>
        <w:right w:val="single" w:sz="8" w:space="0" w:color="FFFDB8" w:themeColor="accent5" w:themeTint="BF"/>
        <w:insideH w:val="single" w:sz="8" w:space="0" w:color="FFFDB8" w:themeColor="accent5" w:themeTint="BF"/>
        <w:insideV w:val="single" w:sz="8" w:space="0" w:color="FFFDB8" w:themeColor="accent5" w:themeTint="BF"/>
      </w:tblBorders>
    </w:tblPr>
    <w:tcPr>
      <w:shd w:val="clear" w:color="auto" w:fill="FFFEE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DB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D0" w:themeFill="accent5" w:themeFillTint="7F"/>
      </w:tcPr>
    </w:tblStylePr>
    <w:tblStylePr w:type="band1Horz">
      <w:tblPr/>
      <w:tcPr>
        <w:shd w:val="clear" w:color="auto" w:fill="FFFDD0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93C75" w:themeColor="accent6" w:themeTint="BF"/>
        <w:left w:val="single" w:sz="8" w:space="0" w:color="993C75" w:themeColor="accent6" w:themeTint="BF"/>
        <w:bottom w:val="single" w:sz="8" w:space="0" w:color="993C75" w:themeColor="accent6" w:themeTint="BF"/>
        <w:right w:val="single" w:sz="8" w:space="0" w:color="993C75" w:themeColor="accent6" w:themeTint="BF"/>
        <w:insideH w:val="single" w:sz="8" w:space="0" w:color="993C75" w:themeColor="accent6" w:themeTint="BF"/>
        <w:insideV w:val="single" w:sz="8" w:space="0" w:color="993C75" w:themeColor="accent6" w:themeTint="BF"/>
      </w:tblBorders>
    </w:tblPr>
    <w:tcPr>
      <w:shd w:val="clear" w:color="auto" w:fill="E3B8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93C7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71A6" w:themeFill="accent6" w:themeFillTint="7F"/>
      </w:tcPr>
    </w:tblStylePr>
    <w:tblStylePr w:type="band1Horz">
      <w:tblPr/>
      <w:tcPr>
        <w:shd w:val="clear" w:color="auto" w:fill="C771A6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509" w:themeColor="accent1"/>
        <w:left w:val="single" w:sz="8" w:space="0" w:color="86A509" w:themeColor="accent1"/>
        <w:bottom w:val="single" w:sz="8" w:space="0" w:color="86A509" w:themeColor="accent1"/>
        <w:right w:val="single" w:sz="8" w:space="0" w:color="86A509" w:themeColor="accent1"/>
        <w:insideH w:val="single" w:sz="8" w:space="0" w:color="86A509" w:themeColor="accent1"/>
        <w:insideV w:val="single" w:sz="8" w:space="0" w:color="86A509" w:themeColor="accent1"/>
      </w:tblBorders>
    </w:tblPr>
    <w:tcPr>
      <w:shd w:val="clear" w:color="auto" w:fill="EBFAA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7FDD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BBF" w:themeFill="accent1" w:themeFillTint="33"/>
      </w:tcPr>
    </w:tblStylePr>
    <w:tblStylePr w:type="band1Vert">
      <w:tblPr/>
      <w:tcPr>
        <w:shd w:val="clear" w:color="auto" w:fill="D8F660" w:themeFill="accent1" w:themeFillTint="7F"/>
      </w:tcPr>
    </w:tblStylePr>
    <w:tblStylePr w:type="band1Horz">
      <w:tblPr/>
      <w:tcPr>
        <w:tcBorders>
          <w:insideH w:val="single" w:sz="6" w:space="0" w:color="86A509" w:themeColor="accent1"/>
          <w:insideV w:val="single" w:sz="6" w:space="0" w:color="86A509" w:themeColor="accent1"/>
        </w:tcBorders>
        <w:shd w:val="clear" w:color="auto" w:fill="D8F66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E99D2" w:themeColor="accent2"/>
        <w:left w:val="single" w:sz="8" w:space="0" w:color="AE99D2" w:themeColor="accent2"/>
        <w:bottom w:val="single" w:sz="8" w:space="0" w:color="AE99D2" w:themeColor="accent2"/>
        <w:right w:val="single" w:sz="8" w:space="0" w:color="AE99D2" w:themeColor="accent2"/>
        <w:insideH w:val="single" w:sz="8" w:space="0" w:color="AE99D2" w:themeColor="accent2"/>
        <w:insideV w:val="single" w:sz="8" w:space="0" w:color="AE99D2" w:themeColor="accent2"/>
      </w:tblBorders>
    </w:tblPr>
    <w:tcPr>
      <w:shd w:val="clear" w:color="auto" w:fill="EAE5F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F4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AF6" w:themeFill="accent2" w:themeFillTint="33"/>
      </w:tcPr>
    </w:tblStylePr>
    <w:tblStylePr w:type="band1Vert">
      <w:tblPr/>
      <w:tcPr>
        <w:shd w:val="clear" w:color="auto" w:fill="D6CCE8" w:themeFill="accent2" w:themeFillTint="7F"/>
      </w:tcPr>
    </w:tblStylePr>
    <w:tblStylePr w:type="band1Horz">
      <w:tblPr/>
      <w:tcPr>
        <w:tcBorders>
          <w:insideH w:val="single" w:sz="6" w:space="0" w:color="AE99D2" w:themeColor="accent2"/>
          <w:insideV w:val="single" w:sz="6" w:space="0" w:color="AE99D2" w:themeColor="accent2"/>
        </w:tcBorders>
        <w:shd w:val="clear" w:color="auto" w:fill="D6CCE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54971" w:themeColor="accent3"/>
        <w:left w:val="single" w:sz="8" w:space="0" w:color="554971" w:themeColor="accent3"/>
        <w:bottom w:val="single" w:sz="8" w:space="0" w:color="554971" w:themeColor="accent3"/>
        <w:right w:val="single" w:sz="8" w:space="0" w:color="554971" w:themeColor="accent3"/>
        <w:insideH w:val="single" w:sz="8" w:space="0" w:color="554971" w:themeColor="accent3"/>
        <w:insideV w:val="single" w:sz="8" w:space="0" w:color="554971" w:themeColor="accent3"/>
      </w:tblBorders>
    </w:tblPr>
    <w:tcPr>
      <w:shd w:val="clear" w:color="auto" w:fill="D3CED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DE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7E5" w:themeFill="accent3" w:themeFillTint="33"/>
      </w:tcPr>
    </w:tblStylePr>
    <w:tblStylePr w:type="band1Vert">
      <w:tblPr/>
      <w:tcPr>
        <w:shd w:val="clear" w:color="auto" w:fill="A79CBF" w:themeFill="accent3" w:themeFillTint="7F"/>
      </w:tcPr>
    </w:tblStylePr>
    <w:tblStylePr w:type="band1Horz">
      <w:tblPr/>
      <w:tcPr>
        <w:tcBorders>
          <w:insideH w:val="single" w:sz="6" w:space="0" w:color="554971" w:themeColor="accent3"/>
          <w:insideV w:val="single" w:sz="6" w:space="0" w:color="554971" w:themeColor="accent3"/>
        </w:tcBorders>
        <w:shd w:val="clear" w:color="auto" w:fill="A79CB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FDA1" w:themeColor="accent5"/>
        <w:left w:val="single" w:sz="8" w:space="0" w:color="FFFDA1" w:themeColor="accent5"/>
        <w:bottom w:val="single" w:sz="8" w:space="0" w:color="FFFDA1" w:themeColor="accent5"/>
        <w:right w:val="single" w:sz="8" w:space="0" w:color="FFFDA1" w:themeColor="accent5"/>
        <w:insideH w:val="single" w:sz="8" w:space="0" w:color="FFFDA1" w:themeColor="accent5"/>
        <w:insideV w:val="single" w:sz="8" w:space="0" w:color="FFFDA1" w:themeColor="accent5"/>
      </w:tblBorders>
    </w:tblPr>
    <w:tcPr>
      <w:shd w:val="clear" w:color="auto" w:fill="FFFEE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E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EEC" w:themeFill="accent5" w:themeFillTint="33"/>
      </w:tcPr>
    </w:tblStylePr>
    <w:tblStylePr w:type="band1Vert">
      <w:tblPr/>
      <w:tcPr>
        <w:shd w:val="clear" w:color="auto" w:fill="FFFDD0" w:themeFill="accent5" w:themeFillTint="7F"/>
      </w:tcPr>
    </w:tblStylePr>
    <w:tblStylePr w:type="band1Horz">
      <w:tblPr/>
      <w:tcPr>
        <w:tcBorders>
          <w:insideH w:val="single" w:sz="6" w:space="0" w:color="FFFDA1" w:themeColor="accent5"/>
          <w:insideV w:val="single" w:sz="6" w:space="0" w:color="FFFDA1" w:themeColor="accent5"/>
        </w:tcBorders>
        <w:shd w:val="clear" w:color="auto" w:fill="FFFDD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2203F" w:themeColor="accent6"/>
        <w:left w:val="single" w:sz="8" w:space="0" w:color="52203F" w:themeColor="accent6"/>
        <w:bottom w:val="single" w:sz="8" w:space="0" w:color="52203F" w:themeColor="accent6"/>
        <w:right w:val="single" w:sz="8" w:space="0" w:color="52203F" w:themeColor="accent6"/>
        <w:insideH w:val="single" w:sz="8" w:space="0" w:color="52203F" w:themeColor="accent6"/>
        <w:insideV w:val="single" w:sz="8" w:space="0" w:color="52203F" w:themeColor="accent6"/>
      </w:tblBorders>
    </w:tblPr>
    <w:tcPr>
      <w:shd w:val="clear" w:color="auto" w:fill="E3B8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2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C5DB" w:themeFill="accent6" w:themeFillTint="33"/>
      </w:tcPr>
    </w:tblStylePr>
    <w:tblStylePr w:type="band1Vert">
      <w:tblPr/>
      <w:tcPr>
        <w:shd w:val="clear" w:color="auto" w:fill="C771A6" w:themeFill="accent6" w:themeFillTint="7F"/>
      </w:tcPr>
    </w:tblStylePr>
    <w:tblStylePr w:type="band1Horz">
      <w:tblPr/>
      <w:tcPr>
        <w:tcBorders>
          <w:insideH w:val="single" w:sz="6" w:space="0" w:color="52203F" w:themeColor="accent6"/>
          <w:insideV w:val="single" w:sz="6" w:space="0" w:color="52203F" w:themeColor="accent6"/>
        </w:tcBorders>
        <w:shd w:val="clear" w:color="auto" w:fill="C771A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AA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50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50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A50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A50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66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660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E5F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E99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E99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E99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E99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6CC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6CCE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CED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549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549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549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549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9CB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9CBF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EE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DA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DA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DA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DA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DD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DD0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B8D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2203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2203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2203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2203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71A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71A6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6A50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510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7B0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7B0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B0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B06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E99D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377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59B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59B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59B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59B6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549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4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36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36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6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654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DA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CA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FA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FA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38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2203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101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D182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D182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182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182F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E99D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E99D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E99D2" w:themeColor="accent2"/>
        <w:left w:val="single" w:sz="4" w:space="0" w:color="86A509" w:themeColor="accent1"/>
        <w:bottom w:val="single" w:sz="4" w:space="0" w:color="86A509" w:themeColor="accent1"/>
        <w:right w:val="single" w:sz="4" w:space="0" w:color="86A50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DD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E99D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0620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06205" w:themeColor="accent1" w:themeShade="99"/>
          <w:insideV w:val="nil"/>
        </w:tcBorders>
        <w:shd w:val="clear" w:color="auto" w:fill="50620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6205" w:themeFill="accent1" w:themeFillShade="99"/>
      </w:tcPr>
    </w:tblStylePr>
    <w:tblStylePr w:type="band1Vert">
      <w:tblPr/>
      <w:tcPr>
        <w:shd w:val="clear" w:color="auto" w:fill="DFF87F" w:themeFill="accent1" w:themeFillTint="66"/>
      </w:tcPr>
    </w:tblStylePr>
    <w:tblStylePr w:type="band1Horz">
      <w:tblPr/>
      <w:tcPr>
        <w:shd w:val="clear" w:color="auto" w:fill="D8F66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E99D2" w:themeColor="accent2"/>
        <w:left w:val="single" w:sz="4" w:space="0" w:color="AE99D2" w:themeColor="accent2"/>
        <w:bottom w:val="single" w:sz="4" w:space="0" w:color="AE99D2" w:themeColor="accent2"/>
        <w:right w:val="single" w:sz="4" w:space="0" w:color="AE99D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4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E99D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1429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14297" w:themeColor="accent2" w:themeShade="99"/>
          <w:insideV w:val="nil"/>
        </w:tcBorders>
        <w:shd w:val="clear" w:color="auto" w:fill="61429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4297" w:themeFill="accent2" w:themeFillShade="99"/>
      </w:tcPr>
    </w:tblStylePr>
    <w:tblStylePr w:type="band1Vert">
      <w:tblPr/>
      <w:tcPr>
        <w:shd w:val="clear" w:color="auto" w:fill="DED6ED" w:themeFill="accent2" w:themeFillTint="66"/>
      </w:tcPr>
    </w:tblStylePr>
    <w:tblStylePr w:type="band1Horz">
      <w:tblPr/>
      <w:tcPr>
        <w:shd w:val="clear" w:color="auto" w:fill="D6CCE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554971" w:themeColor="accent3"/>
        <w:bottom w:val="single" w:sz="4" w:space="0" w:color="554971" w:themeColor="accent3"/>
        <w:right w:val="single" w:sz="4" w:space="0" w:color="5549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22B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22B43" w:themeColor="accent3" w:themeShade="99"/>
          <w:insideV w:val="nil"/>
        </w:tcBorders>
        <w:shd w:val="clear" w:color="auto" w:fill="322B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2B43" w:themeFill="accent3" w:themeFillShade="99"/>
      </w:tcPr>
    </w:tblStylePr>
    <w:tblStylePr w:type="band1Vert">
      <w:tblPr/>
      <w:tcPr>
        <w:shd w:val="clear" w:color="auto" w:fill="B8B0CC" w:themeFill="accent3" w:themeFillTint="66"/>
      </w:tcPr>
    </w:tblStylePr>
    <w:tblStylePr w:type="band1Horz">
      <w:tblPr/>
      <w:tcPr>
        <w:shd w:val="clear" w:color="auto" w:fill="A79CB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54971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549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2203F" w:themeColor="accent6"/>
        <w:left w:val="single" w:sz="4" w:space="0" w:color="FFFDA1" w:themeColor="accent5"/>
        <w:bottom w:val="single" w:sz="4" w:space="0" w:color="FFFDA1" w:themeColor="accent5"/>
        <w:right w:val="single" w:sz="4" w:space="0" w:color="FFFDA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E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2203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9F3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9F300" w:themeColor="accent5" w:themeShade="99"/>
          <w:insideV w:val="nil"/>
        </w:tcBorders>
        <w:shd w:val="clear" w:color="auto" w:fill="F9F3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300" w:themeFill="accent5" w:themeFillShade="99"/>
      </w:tcPr>
    </w:tblStylePr>
    <w:tblStylePr w:type="band1Vert">
      <w:tblPr/>
      <w:tcPr>
        <w:shd w:val="clear" w:color="auto" w:fill="FFFED9" w:themeFill="accent5" w:themeFillTint="66"/>
      </w:tcPr>
    </w:tblStylePr>
    <w:tblStylePr w:type="band1Horz">
      <w:tblPr/>
      <w:tcPr>
        <w:shd w:val="clear" w:color="auto" w:fill="FFFDD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FDA1" w:themeColor="accent5"/>
        <w:left w:val="single" w:sz="4" w:space="0" w:color="52203F" w:themeColor="accent6"/>
        <w:bottom w:val="single" w:sz="4" w:space="0" w:color="52203F" w:themeColor="accent6"/>
        <w:right w:val="single" w:sz="4" w:space="0" w:color="52203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2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DA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132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1325" w:themeColor="accent6" w:themeShade="99"/>
          <w:insideV w:val="nil"/>
        </w:tcBorders>
        <w:shd w:val="clear" w:color="auto" w:fill="31132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1325" w:themeFill="accent6" w:themeFillShade="99"/>
      </w:tcPr>
    </w:tblStylePr>
    <w:tblStylePr w:type="band1Vert">
      <w:tblPr/>
      <w:tcPr>
        <w:shd w:val="clear" w:color="auto" w:fill="D28CB7" w:themeFill="accent6" w:themeFillTint="66"/>
      </w:tcPr>
    </w:tblStylePr>
    <w:tblStylePr w:type="band1Horz">
      <w:tblPr/>
      <w:tcPr>
        <w:shd w:val="clear" w:color="auto" w:fill="C771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566BB" w:themeFill="accent2" w:themeFillShade="CC"/>
      </w:tcPr>
    </w:tblStylePr>
    <w:tblStylePr w:type="lastRow">
      <w:rPr>
        <w:b/>
        <w:bCs/>
        <w:color w:val="8566B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DD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566BB" w:themeFill="accent2" w:themeFillShade="CC"/>
      </w:tcPr>
    </w:tblStylePr>
    <w:tblStylePr w:type="lastRow">
      <w:rPr>
        <w:b/>
        <w:bCs/>
        <w:color w:val="8566B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AAF" w:themeFill="accent1" w:themeFillTint="3F"/>
      </w:tcPr>
    </w:tblStylePr>
    <w:tblStylePr w:type="band1Horz">
      <w:tblPr/>
      <w:tcPr>
        <w:shd w:val="clear" w:color="auto" w:fill="EFFBBF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4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566BB" w:themeFill="accent2" w:themeFillShade="CC"/>
      </w:tcPr>
    </w:tblStylePr>
    <w:tblStylePr w:type="lastRow">
      <w:rPr>
        <w:b/>
        <w:bCs/>
        <w:color w:val="8566B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5F4" w:themeFill="accent2" w:themeFillTint="3F"/>
      </w:tcPr>
    </w:tblStylePr>
    <w:tblStylePr w:type="band1Horz">
      <w:tblPr/>
      <w:tcPr>
        <w:shd w:val="clear" w:color="auto" w:fill="EEEAF6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E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CEDF" w:themeFill="accent3" w:themeFillTint="3F"/>
      </w:tcPr>
    </w:tblStylePr>
    <w:tblStylePr w:type="band1Horz">
      <w:tblPr/>
      <w:tcPr>
        <w:shd w:val="clear" w:color="auto" w:fill="DBD7E5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33A5A" w:themeFill="accent3" w:themeFillShade="CC"/>
      </w:tcPr>
    </w:tblStylePr>
    <w:tblStylePr w:type="lastRow">
      <w:rPr>
        <w:b/>
        <w:bCs/>
        <w:color w:val="433A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E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1932" w:themeFill="accent6" w:themeFillShade="CC"/>
      </w:tcPr>
    </w:tblStylePr>
    <w:tblStylePr w:type="lastRow">
      <w:rPr>
        <w:b/>
        <w:bCs/>
        <w:color w:val="411932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EE7" w:themeFill="accent5" w:themeFillTint="3F"/>
      </w:tcPr>
    </w:tblStylePr>
    <w:tblStylePr w:type="band1Horz">
      <w:tblPr/>
      <w:tcPr>
        <w:shd w:val="clear" w:color="auto" w:fill="FFFEEC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2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FA4D" w:themeFill="accent5" w:themeFillShade="CC"/>
      </w:tcPr>
    </w:tblStylePr>
    <w:tblStylePr w:type="lastRow">
      <w:rPr>
        <w:b/>
        <w:bCs/>
        <w:color w:val="FFFA4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B8D3" w:themeFill="accent6" w:themeFillTint="3F"/>
      </w:tcPr>
    </w:tblStylePr>
    <w:tblStylePr w:type="band1Horz">
      <w:tblPr/>
      <w:tcPr>
        <w:shd w:val="clear" w:color="auto" w:fill="E8C5DB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BBF" w:themeFill="accent1" w:themeFillTint="33"/>
    </w:tcPr>
    <w:tblStylePr w:type="firstRow">
      <w:rPr>
        <w:b/>
        <w:bCs/>
      </w:rPr>
      <w:tblPr/>
      <w:tcPr>
        <w:shd w:val="clear" w:color="auto" w:fill="DFF87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F87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37B0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37B06" w:themeFill="accent1" w:themeFillShade="BF"/>
      </w:tcPr>
    </w:tblStylePr>
    <w:tblStylePr w:type="band1Vert">
      <w:tblPr/>
      <w:tcPr>
        <w:shd w:val="clear" w:color="auto" w:fill="D8F660" w:themeFill="accent1" w:themeFillTint="7F"/>
      </w:tcPr>
    </w:tblStylePr>
    <w:tblStylePr w:type="band1Horz">
      <w:tblPr/>
      <w:tcPr>
        <w:shd w:val="clear" w:color="auto" w:fill="D8F660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EAF6" w:themeFill="accent2" w:themeFillTint="33"/>
    </w:tcPr>
    <w:tblStylePr w:type="firstRow">
      <w:rPr>
        <w:b/>
        <w:bCs/>
      </w:rPr>
      <w:tblPr/>
      <w:tcPr>
        <w:shd w:val="clear" w:color="auto" w:fill="DED6E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ED6E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B59B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B59B6" w:themeFill="accent2" w:themeFillShade="BF"/>
      </w:tcPr>
    </w:tblStylePr>
    <w:tblStylePr w:type="band1Vert">
      <w:tblPr/>
      <w:tcPr>
        <w:shd w:val="clear" w:color="auto" w:fill="D6CCE8" w:themeFill="accent2" w:themeFillTint="7F"/>
      </w:tcPr>
    </w:tblStylePr>
    <w:tblStylePr w:type="band1Horz">
      <w:tblPr/>
      <w:tcPr>
        <w:shd w:val="clear" w:color="auto" w:fill="D6CCE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7E5" w:themeFill="accent3" w:themeFillTint="33"/>
    </w:tcPr>
    <w:tblStylePr w:type="firstRow">
      <w:rPr>
        <w:b/>
        <w:bCs/>
      </w:rPr>
      <w:tblPr/>
      <w:tcPr>
        <w:shd w:val="clear" w:color="auto" w:fill="B8B0C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B0C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F36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F3654" w:themeFill="accent3" w:themeFillShade="BF"/>
      </w:tcPr>
    </w:tblStylePr>
    <w:tblStylePr w:type="band1Vert">
      <w:tblPr/>
      <w:tcPr>
        <w:shd w:val="clear" w:color="auto" w:fill="A79CBF" w:themeFill="accent3" w:themeFillTint="7F"/>
      </w:tcPr>
    </w:tblStylePr>
    <w:tblStylePr w:type="band1Horz">
      <w:tblPr/>
      <w:tcPr>
        <w:shd w:val="clear" w:color="auto" w:fill="A79CBF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EEC" w:themeFill="accent5" w:themeFillTint="33"/>
    </w:tcPr>
    <w:tblStylePr w:type="firstRow">
      <w:rPr>
        <w:b/>
        <w:bCs/>
      </w:rPr>
      <w:tblPr/>
      <w:tcPr>
        <w:shd w:val="clear" w:color="auto" w:fill="FFFED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ED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FA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FA38" w:themeFill="accent5" w:themeFillShade="BF"/>
      </w:tcPr>
    </w:tblStylePr>
    <w:tblStylePr w:type="band1Vert">
      <w:tblPr/>
      <w:tcPr>
        <w:shd w:val="clear" w:color="auto" w:fill="FFFDD0" w:themeFill="accent5" w:themeFillTint="7F"/>
      </w:tcPr>
    </w:tblStylePr>
    <w:tblStylePr w:type="band1Horz">
      <w:tblPr/>
      <w:tcPr>
        <w:shd w:val="clear" w:color="auto" w:fill="FFFDD0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C5DB" w:themeFill="accent6" w:themeFillTint="33"/>
    </w:tcPr>
    <w:tblStylePr w:type="firstRow">
      <w:rPr>
        <w:b/>
        <w:bCs/>
      </w:rPr>
      <w:tblPr/>
      <w:tcPr>
        <w:shd w:val="clear" w:color="auto" w:fill="D28C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8C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D182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D182F" w:themeFill="accent6" w:themeFillShade="BF"/>
      </w:tcPr>
    </w:tblStylePr>
    <w:tblStylePr w:type="band1Vert">
      <w:tblPr/>
      <w:tcPr>
        <w:shd w:val="clear" w:color="auto" w:fill="C771A6" w:themeFill="accent6" w:themeFillTint="7F"/>
      </w:tcPr>
    </w:tblStylePr>
    <w:tblStylePr w:type="band1Horz">
      <w:tblPr/>
      <w:tcPr>
        <w:shd w:val="clear" w:color="auto" w:fill="C771A6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BB2BC3"/>
    <w:rPr>
      <w:color w:val="86A509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2B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60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8068DCBFD240A4A6D385FA5C118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7726B-8FFB-4B7D-B2AF-C9AE1AE6E5A9}"/>
      </w:docPartPr>
      <w:docPartBody>
        <w:p w:rsidR="002D2E2C" w:rsidRDefault="00947EFF" w:rsidP="00947EFF">
          <w:pPr>
            <w:pStyle w:val="7B8068DCBFD240A4A6D385FA5C118389"/>
          </w:pPr>
          <w:r>
            <w:rPr>
              <w:caps/>
              <w:color w:val="156082" w:themeColor="accent1"/>
              <w:sz w:val="18"/>
              <w:szCs w:val="18"/>
            </w:rPr>
            <w:t>[Document title]</w:t>
          </w:r>
        </w:p>
      </w:docPartBody>
    </w:docPart>
    <w:docPart>
      <w:docPartPr>
        <w:name w:val="6FA1DB9D998C4E7A9B7BC91B69100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B90D5-6761-40D2-9EA3-10D6BF856FE3}"/>
      </w:docPartPr>
      <w:docPartBody>
        <w:p w:rsidR="002D2E2C" w:rsidRDefault="00947EFF" w:rsidP="00947EFF">
          <w:pPr>
            <w:pStyle w:val="6FA1DB9D998C4E7A9B7BC91B691002B2"/>
          </w:pPr>
          <w:r>
            <w:rPr>
              <w:caps/>
              <w:color w:val="156082" w:themeColor="accent1"/>
              <w:sz w:val="18"/>
              <w:szCs w:val="18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lacial Indifference">
    <w:panose1 w:val="00000800000000000000"/>
    <w:charset w:val="00"/>
    <w:family w:val="modern"/>
    <w:notTrueType/>
    <w:pitch w:val="variable"/>
    <w:sig w:usb0="80000027" w:usb1="10000048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EFF"/>
    <w:rsid w:val="000813DA"/>
    <w:rsid w:val="000D0908"/>
    <w:rsid w:val="00152758"/>
    <w:rsid w:val="002D2E2C"/>
    <w:rsid w:val="00382EFF"/>
    <w:rsid w:val="007B2662"/>
    <w:rsid w:val="00823DBA"/>
    <w:rsid w:val="00947EFF"/>
    <w:rsid w:val="00AC3AC2"/>
    <w:rsid w:val="00B4673F"/>
    <w:rsid w:val="00CB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B8068DCBFD240A4A6D385FA5C118389">
    <w:name w:val="7B8068DCBFD240A4A6D385FA5C118389"/>
    <w:rsid w:val="00947EFF"/>
  </w:style>
  <w:style w:type="paragraph" w:customStyle="1" w:styleId="6FA1DB9D998C4E7A9B7BC91B691002B2">
    <w:name w:val="6FA1DB9D998C4E7A9B7BC91B691002B2"/>
    <w:rsid w:val="00947E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unden Intl.">
      <a:dk1>
        <a:srgbClr val="000000"/>
      </a:dk1>
      <a:lt1>
        <a:sysClr val="window" lastClr="FFFFFF"/>
      </a:lt1>
      <a:dk2>
        <a:srgbClr val="52203F"/>
      </a:dk2>
      <a:lt2>
        <a:srgbClr val="FFFFFF"/>
      </a:lt2>
      <a:accent1>
        <a:srgbClr val="86A509"/>
      </a:accent1>
      <a:accent2>
        <a:srgbClr val="AE99D2"/>
      </a:accent2>
      <a:accent3>
        <a:srgbClr val="554971"/>
      </a:accent3>
      <a:accent4>
        <a:srgbClr val="FFC000"/>
      </a:accent4>
      <a:accent5>
        <a:srgbClr val="FFFDA1"/>
      </a:accent5>
      <a:accent6>
        <a:srgbClr val="52203F"/>
      </a:accent6>
      <a:hlink>
        <a:srgbClr val="86A509"/>
      </a:hlink>
      <a:folHlink>
        <a:srgbClr val="FFFDA1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133</Words>
  <Characters>649</Characters>
  <Application>Microsoft Office Word</Application>
  <DocSecurity>0</DocSecurity>
  <Lines>20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© 2025 Lunden InternationaL LLC</dc:title>
  <dc:subject/>
  <dc:creator>June 2025</dc:creator>
  <cp:keywords/>
  <dc:description>generated by python-docx</dc:description>
  <cp:lastModifiedBy>Eugenia Lunden</cp:lastModifiedBy>
  <cp:revision>15</cp:revision>
  <cp:lastPrinted>2025-06-05T21:51:00Z</cp:lastPrinted>
  <dcterms:created xsi:type="dcterms:W3CDTF">2013-12-23T23:15:00Z</dcterms:created>
  <dcterms:modified xsi:type="dcterms:W3CDTF">2025-06-13T19:07:00Z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16518573-e393-4339-8fa6-67af9327bf4e</vt:lpwstr>
  </property>
</Properties>
</file>